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C658" w14:textId="55362F08" w:rsidR="00EE189D" w:rsidRDefault="001F49EA">
      <w:pPr>
        <w:jc w:val="center"/>
      </w:pPr>
      <w:r w:rsidRPr="001F49EA">
        <w:rPr>
          <w:rFonts w:ascii="Nirmala UI" w:hAnsi="Nirmala UI" w:cs="Nirmala UI"/>
          <w:b/>
          <w:noProof/>
          <w:sz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B72AFD" wp14:editId="36493969">
                <wp:simplePos x="0" y="0"/>
                <wp:positionH relativeFrom="column">
                  <wp:posOffset>4906645</wp:posOffset>
                </wp:positionH>
                <wp:positionV relativeFrom="paragraph">
                  <wp:posOffset>-1495425</wp:posOffset>
                </wp:positionV>
                <wp:extent cx="1184910" cy="27749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E0EC6" w14:textId="290D60B8" w:rsidR="001F49EA" w:rsidRPr="001F49EA" w:rsidRDefault="001F49E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9E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Appendix – 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2A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6.35pt;margin-top:-117.75pt;width:93.3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" stroked="f">
                <v:textbox>
                  <w:txbxContent>
                    <w:p w14:paraId="554E0EC6" w14:textId="290D60B8" w:rsidR="001F49EA" w:rsidRPr="001F49EA" w:rsidRDefault="001F49EA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F49E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Appendix – 3A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00000" w:rsidRPr="009C227C">
        <w:rPr>
          <w:rFonts w:ascii="Nirmala UI" w:hAnsi="Nirmala UI" w:cs="Nirmala UI"/>
          <w:b/>
          <w:sz w:val="30"/>
        </w:rPr>
        <w:t>संस्थान</w:t>
      </w:r>
      <w:proofErr w:type="spellEnd"/>
      <w:r w:rsidR="00000000" w:rsidRPr="009C227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9C227C">
        <w:rPr>
          <w:rFonts w:ascii="Nirmala UI" w:hAnsi="Nirmala UI" w:cs="Nirmala UI"/>
          <w:b/>
          <w:sz w:val="30"/>
        </w:rPr>
        <w:t>के</w:t>
      </w:r>
      <w:proofErr w:type="spellEnd"/>
      <w:r w:rsidR="00000000" w:rsidRPr="009C227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9C227C">
        <w:rPr>
          <w:rFonts w:ascii="Nirmala UI" w:hAnsi="Nirmala UI" w:cs="Nirmala UI"/>
          <w:b/>
          <w:sz w:val="30"/>
        </w:rPr>
        <w:t>बाहर</w:t>
      </w:r>
      <w:proofErr w:type="spellEnd"/>
      <w:r w:rsidR="00000000" w:rsidRPr="009C227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9C227C">
        <w:rPr>
          <w:rFonts w:ascii="Nirmala UI" w:hAnsi="Nirmala UI" w:cs="Nirmala UI"/>
          <w:b/>
          <w:sz w:val="30"/>
        </w:rPr>
        <w:t>रोजगार</w:t>
      </w:r>
      <w:proofErr w:type="spellEnd"/>
      <w:r w:rsidR="00000000" w:rsidRPr="009C227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9C227C">
        <w:rPr>
          <w:rFonts w:ascii="Nirmala UI" w:hAnsi="Nirmala UI" w:cs="Nirmala UI"/>
          <w:b/>
          <w:sz w:val="30"/>
        </w:rPr>
        <w:t>हेतु</w:t>
      </w:r>
      <w:proofErr w:type="spellEnd"/>
      <w:r w:rsidR="00000000" w:rsidRPr="009C227C">
        <w:rPr>
          <w:rFonts w:ascii="Nirmala UI" w:hAnsi="Nirmala UI" w:cs="Nirmala UI"/>
          <w:b/>
          <w:sz w:val="30"/>
        </w:rPr>
        <w:t xml:space="preserve"> </w:t>
      </w:r>
      <w:proofErr w:type="spellStart"/>
      <w:r w:rsidR="00000000" w:rsidRPr="009C227C">
        <w:rPr>
          <w:rFonts w:ascii="Nirmala UI" w:hAnsi="Nirmala UI" w:cs="Nirmala UI"/>
          <w:b/>
          <w:sz w:val="30"/>
        </w:rPr>
        <w:t>आवेदन</w:t>
      </w:r>
      <w:proofErr w:type="spellEnd"/>
      <w:r w:rsidR="00000000" w:rsidRPr="009C227C">
        <w:rPr>
          <w:rFonts w:ascii="Nirmala UI" w:hAnsi="Nirmala UI" w:cs="Nirmala UI"/>
          <w:b/>
          <w:sz w:val="30"/>
        </w:rPr>
        <w:t xml:space="preserve"> </w:t>
      </w:r>
      <w:r w:rsidR="00000000">
        <w:rPr>
          <w:b/>
          <w:sz w:val="30"/>
        </w:rPr>
        <w:br/>
      </w:r>
      <w:r w:rsidR="00394D87">
        <w:rPr>
          <w:b/>
          <w:sz w:val="26"/>
        </w:rPr>
        <w:t>Application</w:t>
      </w:r>
      <w:r w:rsidR="00000000">
        <w:rPr>
          <w:b/>
          <w:sz w:val="26"/>
        </w:rPr>
        <w:t xml:space="preserve"> for Employment Outside the Institute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023D8E" w14:paraId="164C7249" w14:textId="77777777" w:rsidTr="00925E8B">
        <w:trPr>
          <w:jc w:val="center"/>
        </w:trPr>
        <w:tc>
          <w:tcPr>
            <w:tcW w:w="8640" w:type="dxa"/>
            <w:gridSpan w:val="2"/>
          </w:tcPr>
          <w:p w14:paraId="175440F3" w14:textId="618FB642" w:rsidR="00023D8E" w:rsidRDefault="00023D8E" w:rsidP="00023D8E">
            <w:pPr>
              <w:jc w:val="center"/>
            </w:pP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कर्मचारी</w:t>
            </w:r>
            <w:proofErr w:type="spellEnd"/>
            <w:r w:rsidRPr="009C227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 w:rsidRPr="009C227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Employee Details</w:t>
            </w:r>
          </w:p>
        </w:tc>
      </w:tr>
      <w:tr w:rsidR="00EE189D" w14:paraId="48AAAFED" w14:textId="77777777">
        <w:trPr>
          <w:jc w:val="center"/>
        </w:trPr>
        <w:tc>
          <w:tcPr>
            <w:tcW w:w="4320" w:type="dxa"/>
          </w:tcPr>
          <w:p w14:paraId="0DC9235A" w14:textId="77777777" w:rsidR="00EE189D" w:rsidRDefault="00000000">
            <w:proofErr w:type="spellStart"/>
            <w:r w:rsidRPr="009C227C">
              <w:rPr>
                <w:rFonts w:ascii="Nirmala UI" w:hAnsi="Nirmala UI" w:cs="Nirmala UI"/>
              </w:rPr>
              <w:t>कर्मचारी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कोड</w:t>
            </w:r>
            <w:proofErr w:type="spellEnd"/>
            <w:r>
              <w:t xml:space="preserve"> / Employee Code</w:t>
            </w:r>
          </w:p>
        </w:tc>
        <w:tc>
          <w:tcPr>
            <w:tcW w:w="4320" w:type="dxa"/>
          </w:tcPr>
          <w:p w14:paraId="785DFC73" w14:textId="77777777" w:rsidR="00EE189D" w:rsidRDefault="00EE189D"/>
        </w:tc>
      </w:tr>
      <w:tr w:rsidR="00EE189D" w14:paraId="7F7C7E31" w14:textId="77777777">
        <w:trPr>
          <w:jc w:val="center"/>
        </w:trPr>
        <w:tc>
          <w:tcPr>
            <w:tcW w:w="4320" w:type="dxa"/>
          </w:tcPr>
          <w:p w14:paraId="572C0385" w14:textId="77777777" w:rsidR="00EE189D" w:rsidRDefault="00000000">
            <w:r w:rsidRPr="009C227C">
              <w:rPr>
                <w:rFonts w:ascii="Nirmala UI" w:hAnsi="Nirmala UI" w:cs="Nirmala UI"/>
              </w:rPr>
              <w:t>कर्मचारी का नाम</w:t>
            </w:r>
            <w:r>
              <w:t xml:space="preserve"> / Name of Employee</w:t>
            </w:r>
          </w:p>
        </w:tc>
        <w:tc>
          <w:tcPr>
            <w:tcW w:w="4320" w:type="dxa"/>
          </w:tcPr>
          <w:p w14:paraId="4E8FD8C9" w14:textId="77777777" w:rsidR="00EE189D" w:rsidRDefault="00EE189D"/>
        </w:tc>
      </w:tr>
      <w:tr w:rsidR="00EE189D" w14:paraId="2C2B13FE" w14:textId="77777777">
        <w:trPr>
          <w:jc w:val="center"/>
        </w:trPr>
        <w:tc>
          <w:tcPr>
            <w:tcW w:w="4320" w:type="dxa"/>
          </w:tcPr>
          <w:p w14:paraId="66022292" w14:textId="77777777" w:rsidR="00EE189D" w:rsidRDefault="00000000">
            <w:r w:rsidRPr="009C227C">
              <w:rPr>
                <w:rFonts w:ascii="Nirmala UI" w:hAnsi="Nirmala UI" w:cs="Nirmala UI"/>
              </w:rPr>
              <w:t>पदनाम</w:t>
            </w:r>
            <w:r>
              <w:t xml:space="preserve"> / Designation</w:t>
            </w:r>
          </w:p>
        </w:tc>
        <w:tc>
          <w:tcPr>
            <w:tcW w:w="4320" w:type="dxa"/>
          </w:tcPr>
          <w:p w14:paraId="7AF53625" w14:textId="77777777" w:rsidR="00EE189D" w:rsidRDefault="00EE189D"/>
        </w:tc>
      </w:tr>
      <w:tr w:rsidR="00EE189D" w14:paraId="1DF33D02" w14:textId="77777777">
        <w:trPr>
          <w:jc w:val="center"/>
        </w:trPr>
        <w:tc>
          <w:tcPr>
            <w:tcW w:w="4320" w:type="dxa"/>
          </w:tcPr>
          <w:p w14:paraId="0BAAB624" w14:textId="77777777" w:rsidR="00EE189D" w:rsidRDefault="00000000">
            <w:r w:rsidRPr="009C227C">
              <w:rPr>
                <w:rFonts w:ascii="Nirmala UI" w:hAnsi="Nirmala UI" w:cs="Nirmala UI"/>
              </w:rPr>
              <w:t>विभाग/केन्द्र/अनुभाग</w:t>
            </w:r>
            <w:r>
              <w:t xml:space="preserve"> / Department/Centre/Section</w:t>
            </w:r>
          </w:p>
        </w:tc>
        <w:tc>
          <w:tcPr>
            <w:tcW w:w="4320" w:type="dxa"/>
          </w:tcPr>
          <w:p w14:paraId="2F1A45C4" w14:textId="77777777" w:rsidR="00EE189D" w:rsidRDefault="00EE189D"/>
        </w:tc>
      </w:tr>
      <w:tr w:rsidR="00EE189D" w14:paraId="4AF8C289" w14:textId="77777777">
        <w:trPr>
          <w:jc w:val="center"/>
        </w:trPr>
        <w:tc>
          <w:tcPr>
            <w:tcW w:w="4320" w:type="dxa"/>
          </w:tcPr>
          <w:p w14:paraId="1778302C" w14:textId="77777777" w:rsidR="00EE189D" w:rsidRDefault="00000000">
            <w:r w:rsidRPr="009C227C">
              <w:rPr>
                <w:rFonts w:ascii="Nirmala UI" w:hAnsi="Nirmala UI" w:cs="Nirmala UI"/>
              </w:rPr>
              <w:t>वर्तमान वेतन स्तर (पे-लेवल)</w:t>
            </w:r>
            <w:r>
              <w:t xml:space="preserve"> / Present Pay Level</w:t>
            </w:r>
          </w:p>
        </w:tc>
        <w:tc>
          <w:tcPr>
            <w:tcW w:w="4320" w:type="dxa"/>
          </w:tcPr>
          <w:p w14:paraId="78DCD588" w14:textId="77777777" w:rsidR="00EE189D" w:rsidRDefault="00EE189D"/>
        </w:tc>
      </w:tr>
      <w:tr w:rsidR="00023D8E" w14:paraId="6768BE07" w14:textId="77777777">
        <w:trPr>
          <w:jc w:val="center"/>
        </w:trPr>
        <w:tc>
          <w:tcPr>
            <w:tcW w:w="4320" w:type="dxa"/>
          </w:tcPr>
          <w:p w14:paraId="77FC2E25" w14:textId="341E4AF9" w:rsidR="00023D8E" w:rsidRDefault="00023D8E" w:rsidP="00023D8E">
            <w:proofErr w:type="spellStart"/>
            <w:r w:rsidRPr="009C227C">
              <w:rPr>
                <w:rFonts w:ascii="Nirmala UI" w:hAnsi="Nirmala UI" w:cs="Nirmala UI"/>
              </w:rPr>
              <w:t>नियुक्ति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का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प्रकार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9C227C">
              <w:rPr>
                <w:rFonts w:ascii="Nirmala UI" w:hAnsi="Nirmala UI" w:cs="Nirmala UI"/>
              </w:rPr>
              <w:t>नियमित</w:t>
            </w:r>
            <w:proofErr w:type="spellEnd"/>
            <w:r w:rsidRPr="009C227C">
              <w:rPr>
                <w:rFonts w:ascii="Nirmala UI" w:hAnsi="Nirmala UI" w:cs="Nirmala UI"/>
              </w:rPr>
              <w:t>/</w:t>
            </w:r>
            <w:proofErr w:type="spellStart"/>
            <w:r w:rsidRPr="009C227C">
              <w:rPr>
                <w:rFonts w:ascii="Nirmala UI" w:hAnsi="Nirmala UI" w:cs="Nirmala UI"/>
              </w:rPr>
              <w:t>ग्रहणाधिकार</w:t>
            </w:r>
            <w:proofErr w:type="spellEnd"/>
            <w:r w:rsidRPr="009C227C">
              <w:rPr>
                <w:rFonts w:ascii="Nirmala UI" w:hAnsi="Nirmala UI" w:cs="Nirmala UI"/>
              </w:rPr>
              <w:t>/</w:t>
            </w:r>
            <w:proofErr w:type="spellStart"/>
            <w:r w:rsidRPr="009C227C">
              <w:rPr>
                <w:rFonts w:ascii="Nirmala UI" w:hAnsi="Nirmala UI" w:cs="Nirmala UI"/>
              </w:rPr>
              <w:t>प्रतिनियुक्ति</w:t>
            </w:r>
            <w:proofErr w:type="spellEnd"/>
            <w:r w:rsidRPr="009C227C">
              <w:rPr>
                <w:rFonts w:ascii="Nirmala UI" w:hAnsi="Nirmala UI" w:cs="Nirmala UI"/>
              </w:rPr>
              <w:t>)</w:t>
            </w:r>
            <w:r>
              <w:t xml:space="preserve"> /</w:t>
            </w:r>
            <w:r>
              <w:br/>
              <w:t>Type of Appointment (Regular/Lien/Deputation)</w:t>
            </w:r>
          </w:p>
        </w:tc>
        <w:tc>
          <w:tcPr>
            <w:tcW w:w="4320" w:type="dxa"/>
          </w:tcPr>
          <w:p w14:paraId="208347DD" w14:textId="77777777" w:rsidR="00023D8E" w:rsidRDefault="00023D8E" w:rsidP="00023D8E"/>
        </w:tc>
      </w:tr>
      <w:tr w:rsidR="00023D8E" w14:paraId="1B761B43" w14:textId="77777777" w:rsidTr="00590250">
        <w:trPr>
          <w:jc w:val="center"/>
        </w:trPr>
        <w:tc>
          <w:tcPr>
            <w:tcW w:w="8640" w:type="dxa"/>
            <w:gridSpan w:val="2"/>
          </w:tcPr>
          <w:p w14:paraId="2D2FBD18" w14:textId="50F86472" w:rsidR="00023D8E" w:rsidRDefault="00023D8E" w:rsidP="00023D8E">
            <w:pPr>
              <w:jc w:val="center"/>
            </w:pP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आवेदन</w:t>
            </w:r>
            <w:proofErr w:type="spellEnd"/>
            <w:r w:rsidRPr="009C227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से</w:t>
            </w:r>
            <w:proofErr w:type="spellEnd"/>
            <w:r w:rsidRPr="009C227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संबंधित</w:t>
            </w:r>
            <w:proofErr w:type="spellEnd"/>
            <w:r w:rsidRPr="009C227C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Application Details</w:t>
            </w:r>
          </w:p>
        </w:tc>
      </w:tr>
      <w:tr w:rsidR="00023D8E" w14:paraId="02AF3C96" w14:textId="77777777">
        <w:trPr>
          <w:jc w:val="center"/>
        </w:trPr>
        <w:tc>
          <w:tcPr>
            <w:tcW w:w="4320" w:type="dxa"/>
          </w:tcPr>
          <w:p w14:paraId="1D008F24" w14:textId="77777777" w:rsidR="00023D8E" w:rsidRDefault="00023D8E" w:rsidP="00023D8E">
            <w:proofErr w:type="spellStart"/>
            <w:r w:rsidRPr="009C227C">
              <w:rPr>
                <w:rFonts w:ascii="Nirmala UI" w:hAnsi="Nirmala UI" w:cs="Nirmala UI"/>
              </w:rPr>
              <w:t>आवेदित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पद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का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 of the Post Applied For</w:t>
            </w:r>
          </w:p>
        </w:tc>
        <w:tc>
          <w:tcPr>
            <w:tcW w:w="4320" w:type="dxa"/>
          </w:tcPr>
          <w:p w14:paraId="39801B97" w14:textId="77777777" w:rsidR="00023D8E" w:rsidRDefault="00023D8E" w:rsidP="00023D8E"/>
        </w:tc>
      </w:tr>
      <w:tr w:rsidR="006159FA" w14:paraId="20F24B83" w14:textId="77777777">
        <w:trPr>
          <w:jc w:val="center"/>
        </w:trPr>
        <w:tc>
          <w:tcPr>
            <w:tcW w:w="4320" w:type="dxa"/>
          </w:tcPr>
          <w:p w14:paraId="14BFAC1E" w14:textId="586F0D1D" w:rsidR="006159FA" w:rsidRDefault="006159FA" w:rsidP="006159FA">
            <w:proofErr w:type="spellStart"/>
            <w:r w:rsidRPr="009C227C">
              <w:rPr>
                <w:rFonts w:ascii="Nirmala UI" w:hAnsi="Nirmala UI" w:cs="Nirmala UI"/>
              </w:rPr>
              <w:t>विज्ञापन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क्रमांक</w:t>
            </w:r>
            <w:proofErr w:type="spellEnd"/>
            <w:r w:rsidRPr="007A14DA">
              <w:t xml:space="preserve"> </w:t>
            </w:r>
            <w:r>
              <w:t>/ Advertisement Number</w:t>
            </w:r>
          </w:p>
        </w:tc>
        <w:tc>
          <w:tcPr>
            <w:tcW w:w="4320" w:type="dxa"/>
          </w:tcPr>
          <w:p w14:paraId="183AC05C" w14:textId="77777777" w:rsidR="006159FA" w:rsidRDefault="006159FA" w:rsidP="006159FA"/>
        </w:tc>
      </w:tr>
      <w:tr w:rsidR="006159FA" w14:paraId="4DA0ADD9" w14:textId="77777777">
        <w:trPr>
          <w:jc w:val="center"/>
        </w:trPr>
        <w:tc>
          <w:tcPr>
            <w:tcW w:w="4320" w:type="dxa"/>
          </w:tcPr>
          <w:p w14:paraId="12D555BE" w14:textId="77777777" w:rsidR="006159FA" w:rsidRDefault="006159FA" w:rsidP="006159FA">
            <w:proofErr w:type="spellStart"/>
            <w:r w:rsidRPr="009C227C">
              <w:rPr>
                <w:rFonts w:ascii="Nirmala UI" w:hAnsi="Nirmala UI" w:cs="Nirmala UI"/>
              </w:rPr>
              <w:t>आवेदन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जमा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करने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की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अंतिम तिथि</w:t>
            </w:r>
            <w:r>
              <w:t xml:space="preserve"> /</w:t>
            </w:r>
            <w:r>
              <w:br/>
              <w:t>Last Date for Submission of Application</w:t>
            </w:r>
          </w:p>
        </w:tc>
        <w:tc>
          <w:tcPr>
            <w:tcW w:w="4320" w:type="dxa"/>
          </w:tcPr>
          <w:p w14:paraId="1D47269A" w14:textId="77777777" w:rsidR="006159FA" w:rsidRDefault="006159FA" w:rsidP="006159FA"/>
        </w:tc>
      </w:tr>
      <w:tr w:rsidR="006159FA" w14:paraId="3A3EA8D0" w14:textId="77777777">
        <w:trPr>
          <w:jc w:val="center"/>
        </w:trPr>
        <w:tc>
          <w:tcPr>
            <w:tcW w:w="4320" w:type="dxa"/>
          </w:tcPr>
          <w:p w14:paraId="283A37BF" w14:textId="77777777" w:rsidR="006159FA" w:rsidRDefault="006159FA" w:rsidP="006159FA">
            <w:r w:rsidRPr="009C227C">
              <w:rPr>
                <w:rFonts w:ascii="Nirmala UI" w:hAnsi="Nirmala UI" w:cs="Nirmala UI"/>
              </w:rPr>
              <w:t>संस्थान/संगठन का नाम, जहाँ आवेदन किया जाना है</w:t>
            </w:r>
            <w:r>
              <w:t xml:space="preserve"> /</w:t>
            </w:r>
            <w:r>
              <w:br/>
              <w:t>Name of the Institute/Organization where the Application is to be Submitted</w:t>
            </w:r>
          </w:p>
        </w:tc>
        <w:tc>
          <w:tcPr>
            <w:tcW w:w="4320" w:type="dxa"/>
          </w:tcPr>
          <w:p w14:paraId="5C797307" w14:textId="77777777" w:rsidR="006159FA" w:rsidRDefault="006159FA" w:rsidP="006159FA"/>
        </w:tc>
      </w:tr>
      <w:tr w:rsidR="006159FA" w14:paraId="27721226" w14:textId="77777777">
        <w:trPr>
          <w:jc w:val="center"/>
        </w:trPr>
        <w:tc>
          <w:tcPr>
            <w:tcW w:w="4320" w:type="dxa"/>
          </w:tcPr>
          <w:p w14:paraId="10DF022A" w14:textId="77777777" w:rsidR="006159FA" w:rsidRDefault="006159FA" w:rsidP="006159FA">
            <w:r w:rsidRPr="009C227C">
              <w:rPr>
                <w:rFonts w:ascii="Nirmala UI" w:hAnsi="Nirmala UI" w:cs="Nirmala UI"/>
              </w:rPr>
              <w:t>उस पद का नाम एवं पता, जहाँ आवेदन अग्रेषित किया जाना है</w:t>
            </w:r>
            <w:r>
              <w:t xml:space="preserve"> /</w:t>
            </w:r>
            <w:r>
              <w:br/>
              <w:t>Name and Address to whom the Application is to be Forwarded</w:t>
            </w:r>
          </w:p>
        </w:tc>
        <w:tc>
          <w:tcPr>
            <w:tcW w:w="4320" w:type="dxa"/>
          </w:tcPr>
          <w:p w14:paraId="5662CD7D" w14:textId="77777777" w:rsidR="006159FA" w:rsidRDefault="006159FA" w:rsidP="006159FA"/>
        </w:tc>
      </w:tr>
      <w:tr w:rsidR="006159FA" w14:paraId="20C9CD65" w14:textId="77777777">
        <w:trPr>
          <w:jc w:val="center"/>
        </w:trPr>
        <w:tc>
          <w:tcPr>
            <w:tcW w:w="4320" w:type="dxa"/>
          </w:tcPr>
          <w:p w14:paraId="5E2EF832" w14:textId="77777777" w:rsidR="006159FA" w:rsidRDefault="006159FA" w:rsidP="006159FA">
            <w:r w:rsidRPr="009C227C">
              <w:rPr>
                <w:rFonts w:ascii="Nirmala UI" w:hAnsi="Nirmala UI" w:cs="Nirmala UI"/>
              </w:rPr>
              <w:t>वर्तमान कैलेंडर वर्ष के दौरान पहले से अग्रेषित आवेदनों की संख्या</w:t>
            </w:r>
            <w:r>
              <w:t xml:space="preserve"> /</w:t>
            </w:r>
            <w:r>
              <w:br/>
              <w:t>Number of Applications Already Forwarded During the Current Calendar Year</w:t>
            </w:r>
          </w:p>
        </w:tc>
        <w:tc>
          <w:tcPr>
            <w:tcW w:w="4320" w:type="dxa"/>
          </w:tcPr>
          <w:p w14:paraId="4AF47F70" w14:textId="77777777" w:rsidR="006159FA" w:rsidRDefault="006159FA" w:rsidP="006159FA"/>
        </w:tc>
      </w:tr>
      <w:tr w:rsidR="006159FA" w14:paraId="0543730E" w14:textId="77777777">
        <w:trPr>
          <w:jc w:val="center"/>
        </w:trPr>
        <w:tc>
          <w:tcPr>
            <w:tcW w:w="4320" w:type="dxa"/>
          </w:tcPr>
          <w:p w14:paraId="67E5F865" w14:textId="77777777" w:rsidR="006159FA" w:rsidRDefault="006159FA" w:rsidP="006159FA">
            <w:proofErr w:type="spellStart"/>
            <w:r w:rsidRPr="009C227C">
              <w:rPr>
                <w:rFonts w:ascii="Nirmala UI" w:hAnsi="Nirmala UI" w:cs="Nirmala UI"/>
              </w:rPr>
              <w:t>क्या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आवेदन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की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C227C">
              <w:rPr>
                <w:rFonts w:ascii="Nirmala UI" w:hAnsi="Nirmala UI" w:cs="Nirmala UI"/>
              </w:rPr>
              <w:t>अग्रिम</w:t>
            </w:r>
            <w:proofErr w:type="spellEnd"/>
            <w:r w:rsidRPr="009C227C">
              <w:rPr>
                <w:rFonts w:ascii="Nirmala UI" w:hAnsi="Nirmala UI" w:cs="Nirmala UI"/>
              </w:rPr>
              <w:t xml:space="preserve"> प्रति भेजी गई है?</w:t>
            </w:r>
            <w:r>
              <w:t xml:space="preserve"> /</w:t>
            </w:r>
            <w:r>
              <w:br/>
              <w:t>Whether an Advance Copy of the Application has been Sent?</w:t>
            </w:r>
          </w:p>
        </w:tc>
        <w:tc>
          <w:tcPr>
            <w:tcW w:w="4320" w:type="dxa"/>
          </w:tcPr>
          <w:p w14:paraId="7C773BF0" w14:textId="77777777" w:rsidR="006159FA" w:rsidRDefault="006159FA" w:rsidP="006159FA"/>
        </w:tc>
      </w:tr>
      <w:tr w:rsidR="006159FA" w14:paraId="5A494DD2" w14:textId="77777777">
        <w:trPr>
          <w:jc w:val="center"/>
        </w:trPr>
        <w:tc>
          <w:tcPr>
            <w:tcW w:w="4320" w:type="dxa"/>
          </w:tcPr>
          <w:p w14:paraId="07A1A626" w14:textId="77777777" w:rsidR="006159FA" w:rsidRDefault="006159FA" w:rsidP="006159FA">
            <w:r w:rsidRPr="009C227C">
              <w:rPr>
                <w:rFonts w:ascii="Nirmala UI" w:hAnsi="Nirmala UI" w:cs="Nirmala UI"/>
              </w:rPr>
              <w:t>क्या आवेदनकर्ता परिवीक्षा अवधि</w:t>
            </w:r>
            <w:r>
              <w:t xml:space="preserve"> (Probation Period</w:t>
            </w:r>
            <w:r w:rsidRPr="009C227C">
              <w:rPr>
                <w:rFonts w:ascii="Nirmala UI" w:hAnsi="Nirmala UI" w:cs="Nirmala UI"/>
              </w:rPr>
              <w:t>) में है?</w:t>
            </w:r>
            <w:r>
              <w:t xml:space="preserve"> /</w:t>
            </w:r>
            <w:r>
              <w:br/>
              <w:t>Whether the Applicant is under Probation Period?</w:t>
            </w:r>
          </w:p>
        </w:tc>
        <w:tc>
          <w:tcPr>
            <w:tcW w:w="4320" w:type="dxa"/>
          </w:tcPr>
          <w:p w14:paraId="5F6FACE9" w14:textId="77777777" w:rsidR="006159FA" w:rsidRDefault="006159FA" w:rsidP="006159FA"/>
        </w:tc>
      </w:tr>
    </w:tbl>
    <w:p w14:paraId="036D5AC6" w14:textId="701EB848" w:rsidR="00EE189D" w:rsidRPr="009C227C" w:rsidRDefault="00256DAE">
      <w:pPr>
        <w:rPr>
          <w:rFonts w:ascii="Nirmala UI" w:hAnsi="Nirmala UI" w:cs="Nirmala UI"/>
        </w:rPr>
      </w:pPr>
      <w:r>
        <w:rPr>
          <w:b/>
          <w:sz w:val="24"/>
        </w:rPr>
        <w:lastRenderedPageBreak/>
        <w:br/>
      </w:r>
      <w:proofErr w:type="spellStart"/>
      <w:r w:rsidRPr="009C227C">
        <w:rPr>
          <w:rFonts w:ascii="Nirmala UI" w:hAnsi="Nirmala UI" w:cs="Nirmala UI"/>
          <w:b/>
          <w:sz w:val="24"/>
        </w:rPr>
        <w:t>कर्मचारी</w:t>
      </w:r>
      <w:proofErr w:type="spellEnd"/>
      <w:r w:rsidRPr="009C227C">
        <w:rPr>
          <w:rFonts w:ascii="Nirmala UI" w:hAnsi="Nirmala UI" w:cs="Nirmala UI"/>
          <w:b/>
          <w:sz w:val="24"/>
        </w:rPr>
        <w:t xml:space="preserve"> </w:t>
      </w:r>
      <w:proofErr w:type="spellStart"/>
      <w:r w:rsidRPr="009C227C">
        <w:rPr>
          <w:rFonts w:ascii="Nirmala UI" w:hAnsi="Nirmala UI" w:cs="Nirmala UI"/>
          <w:b/>
          <w:sz w:val="24"/>
        </w:rPr>
        <w:t>की</w:t>
      </w:r>
      <w:proofErr w:type="spellEnd"/>
      <w:r w:rsidRPr="009C227C">
        <w:rPr>
          <w:rFonts w:ascii="Nirmala UI" w:hAnsi="Nirmala UI" w:cs="Nirmala UI"/>
          <w:b/>
          <w:sz w:val="24"/>
        </w:rPr>
        <w:t xml:space="preserve"> </w:t>
      </w:r>
      <w:proofErr w:type="spellStart"/>
      <w:r w:rsidRPr="009C227C">
        <w:rPr>
          <w:rFonts w:ascii="Nirmala UI" w:hAnsi="Nirmala UI" w:cs="Nirmala UI"/>
          <w:b/>
          <w:sz w:val="24"/>
        </w:rPr>
        <w:t>घोषणा</w:t>
      </w:r>
      <w:proofErr w:type="spellEnd"/>
      <w:r w:rsidRPr="009C227C">
        <w:rPr>
          <w:rFonts w:ascii="Nirmala UI" w:hAnsi="Nirmala UI" w:cs="Nirmala UI"/>
          <w:b/>
          <w:sz w:val="24"/>
        </w:rPr>
        <w:t xml:space="preserve"> / Employee Declaration</w:t>
      </w:r>
    </w:p>
    <w:p w14:paraId="1540221E" w14:textId="77777777" w:rsidR="00EE189D" w:rsidRPr="009C227C" w:rsidRDefault="00000000" w:rsidP="00A77CBA">
      <w:pPr>
        <w:jc w:val="both"/>
        <w:rPr>
          <w:rFonts w:ascii="Nirmala UI" w:hAnsi="Nirmala UI" w:cs="Nirmala UI"/>
        </w:rPr>
      </w:pPr>
      <w:r w:rsidRPr="009C227C">
        <w:rPr>
          <w:rFonts w:ascii="Nirmala UI" w:hAnsi="Nirmala UI" w:cs="Nirmala UI"/>
        </w:rPr>
        <w:t>मैं एतद्द्वारा घोषणा करता/करती हूँ कि इस आवेदन में दी गई समस्त जानकारी मेरे सर्वोत्तम ज्ञान एवं विश्वास के अनुसार सत्य एवं सही है। मैं यह भी घोषणा करता/करती हूँ कि मेरे विरुद्ध कोई आपराधिक मामला/अनुशासनात्मक कार्रवाई/सतर्कता जांच लंबित अथवा विचाराधीन नहीं है।</w:t>
      </w:r>
    </w:p>
    <w:p w14:paraId="5869979D" w14:textId="77777777" w:rsidR="00EE189D" w:rsidRDefault="00000000" w:rsidP="00A77CBA">
      <w:pPr>
        <w:jc w:val="both"/>
      </w:pPr>
      <w:r>
        <w:t>I hereby declare that the statements made in this application are true and correct to the best of my knowledge and belief. I also declare that no criminal case/disciplinary action/vigilance inquiry is pending or contemplated against me.</w:t>
      </w:r>
    </w:p>
    <w:p w14:paraId="65EA3D25" w14:textId="7BCD8A7F" w:rsidR="00EE189D" w:rsidRDefault="00000000">
      <w:proofErr w:type="spellStart"/>
      <w:r w:rsidRPr="009C227C">
        <w:rPr>
          <w:rFonts w:ascii="Nirmala UI" w:hAnsi="Nirmala UI" w:cs="Nirmala UI"/>
          <w:b/>
          <w:sz w:val="24"/>
        </w:rPr>
        <w:t>प्रमाणन</w:t>
      </w:r>
      <w:proofErr w:type="spellEnd"/>
      <w:r>
        <w:rPr>
          <w:b/>
          <w:sz w:val="24"/>
        </w:rPr>
        <w:t xml:space="preserve"> / Certification</w:t>
      </w:r>
    </w:p>
    <w:p w14:paraId="6638AFD9" w14:textId="77777777" w:rsidR="00EE189D" w:rsidRDefault="00000000">
      <w:r w:rsidRPr="009C227C">
        <w:rPr>
          <w:rFonts w:ascii="Nirmala UI" w:hAnsi="Nirmala UI" w:cs="Nirmala UI"/>
        </w:rPr>
        <w:t>दिनांक</w:t>
      </w:r>
      <w:r>
        <w:t xml:space="preserve"> / Date: ___________________</w:t>
      </w:r>
    </w:p>
    <w:p w14:paraId="27BEF7E4" w14:textId="77777777" w:rsidR="00EE189D" w:rsidRDefault="00000000">
      <w:r w:rsidRPr="009C227C">
        <w:rPr>
          <w:rFonts w:ascii="Nirmala UI" w:hAnsi="Nirmala UI" w:cs="Nirmala UI"/>
        </w:rPr>
        <w:t>स्थान</w:t>
      </w:r>
      <w:r>
        <w:t xml:space="preserve"> / Place: 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E189D" w:rsidRPr="007D5F9C" w14:paraId="1C3854CB" w14:textId="77777777">
        <w:tc>
          <w:tcPr>
            <w:tcW w:w="4320" w:type="dxa"/>
          </w:tcPr>
          <w:p w14:paraId="6438BA6C" w14:textId="77777777" w:rsidR="00EE189D" w:rsidRPr="007D5F9C" w:rsidRDefault="00000000">
            <w:pPr>
              <w:rPr>
                <w:b/>
                <w:bCs/>
              </w:rPr>
            </w:pPr>
            <w:r w:rsidRPr="009C227C">
              <w:rPr>
                <w:rFonts w:ascii="Nirmala UI" w:hAnsi="Nirmala UI" w:cs="Nirmala UI"/>
                <w:b/>
                <w:bCs/>
              </w:rPr>
              <w:t>कर्मचारी के हस्ताक्षर</w:t>
            </w:r>
            <w:r w:rsidRPr="007D5F9C">
              <w:rPr>
                <w:b/>
                <w:bCs/>
              </w:rPr>
              <w:t xml:space="preserve"> /</w:t>
            </w:r>
            <w:r w:rsidRPr="007D5F9C">
              <w:rPr>
                <w:b/>
                <w:bCs/>
              </w:rPr>
              <w:br/>
              <w:t>Signature of Employee</w:t>
            </w:r>
          </w:p>
        </w:tc>
        <w:tc>
          <w:tcPr>
            <w:tcW w:w="4320" w:type="dxa"/>
          </w:tcPr>
          <w:p w14:paraId="6F549DD8" w14:textId="77777777" w:rsidR="00EE189D" w:rsidRPr="007D5F9C" w:rsidRDefault="00000000">
            <w:pPr>
              <w:rPr>
                <w:b/>
                <w:bCs/>
              </w:rPr>
            </w:pPr>
            <w:r w:rsidRPr="009C227C">
              <w:rPr>
                <w:rFonts w:ascii="Nirmala UI" w:hAnsi="Nirmala UI" w:cs="Nirmala UI"/>
                <w:b/>
                <w:bCs/>
              </w:rPr>
              <w:t>विभागाध्यक्ष/केन्द्राध्यक्ष/अनुभागाध्यक्ष के</w:t>
            </w:r>
            <w:r w:rsidRPr="007D5F9C">
              <w:rPr>
                <w:b/>
                <w:bCs/>
              </w:rPr>
              <w:t xml:space="preserve"> </w:t>
            </w:r>
            <w:r w:rsidRPr="009C227C">
              <w:rPr>
                <w:rFonts w:ascii="Nirmala UI" w:hAnsi="Nirmala UI" w:cs="Nirmala UI"/>
                <w:b/>
                <w:bCs/>
              </w:rPr>
              <w:t>हस्ताक्षर</w:t>
            </w:r>
            <w:r w:rsidRPr="007D5F9C">
              <w:rPr>
                <w:b/>
                <w:bCs/>
              </w:rPr>
              <w:t xml:space="preserve"> /</w:t>
            </w:r>
            <w:r w:rsidRPr="007D5F9C">
              <w:rPr>
                <w:b/>
                <w:bCs/>
              </w:rPr>
              <w:br/>
              <w:t>Signature of HoD/HoC/Section Head</w:t>
            </w:r>
          </w:p>
        </w:tc>
      </w:tr>
      <w:tr w:rsidR="00256DAE" w14:paraId="04E0A087" w14:textId="77777777" w:rsidTr="00CB34C2">
        <w:trPr>
          <w:trHeight w:val="988"/>
        </w:trPr>
        <w:tc>
          <w:tcPr>
            <w:tcW w:w="4320" w:type="dxa"/>
          </w:tcPr>
          <w:p w14:paraId="07F4C14E" w14:textId="77777777" w:rsidR="00256DAE" w:rsidRDefault="00256DAE"/>
        </w:tc>
        <w:tc>
          <w:tcPr>
            <w:tcW w:w="4320" w:type="dxa"/>
          </w:tcPr>
          <w:p w14:paraId="53A89172" w14:textId="77777777" w:rsidR="00256DAE" w:rsidRDefault="00256DAE"/>
        </w:tc>
      </w:tr>
    </w:tbl>
    <w:p w14:paraId="3819A3D2" w14:textId="77777777" w:rsidR="00EE189D" w:rsidRDefault="00EE189D"/>
    <w:p w14:paraId="4AAE9258" w14:textId="77777777" w:rsidR="00EE189D" w:rsidRPr="009C227C" w:rsidRDefault="00000000">
      <w:pPr>
        <w:rPr>
          <w:rFonts w:ascii="Nirmala UI" w:hAnsi="Nirmala UI" w:cs="Nirmala UI"/>
        </w:rPr>
      </w:pPr>
      <w:r w:rsidRPr="009C227C">
        <w:rPr>
          <w:rFonts w:ascii="Nirmala UI" w:hAnsi="Nirmala UI" w:cs="Nirmala UI"/>
          <w:b/>
          <w:sz w:val="24"/>
        </w:rPr>
        <w:t xml:space="preserve">महत्वपूर्ण निर्देश / </w:t>
      </w:r>
      <w:r w:rsidRPr="009C227C">
        <w:rPr>
          <w:rFonts w:cs="Times New Roman"/>
          <w:b/>
          <w:sz w:val="24"/>
        </w:rPr>
        <w:t>Important Instructions</w:t>
      </w:r>
    </w:p>
    <w:p w14:paraId="263118C1" w14:textId="77777777" w:rsidR="00EE189D" w:rsidRDefault="00000000" w:rsidP="00CB34C2">
      <w:r>
        <w:t xml:space="preserve">1. </w:t>
      </w:r>
      <w:r w:rsidRPr="009C227C">
        <w:rPr>
          <w:rFonts w:ascii="Nirmala UI" w:hAnsi="Nirmala UI" w:cs="Nirmala UI"/>
        </w:rPr>
        <w:t>प्रारूप में सभी अपेक्षित जानकारियाँ भरना अनिवार्य है।</w:t>
      </w:r>
      <w:r w:rsidRPr="009C227C">
        <w:rPr>
          <w:rFonts w:ascii="Nirmala UI" w:hAnsi="Nirmala UI" w:cs="Nirmala UI"/>
        </w:rPr>
        <w:br/>
      </w:r>
      <w:r>
        <w:t xml:space="preserve">   Filling all the required information in the prescribed format is mandatory.</w:t>
      </w:r>
    </w:p>
    <w:p w14:paraId="372F33A2" w14:textId="072301F6" w:rsidR="006159FA" w:rsidRDefault="00000000" w:rsidP="00CB34C2">
      <w:r>
        <w:t xml:space="preserve">2. </w:t>
      </w:r>
      <w:proofErr w:type="spellStart"/>
      <w:r w:rsidRPr="009C227C">
        <w:rPr>
          <w:rFonts w:ascii="Nirmala UI" w:hAnsi="Nirmala UI" w:cs="Nirmala UI"/>
        </w:rPr>
        <w:t>बाहरी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रोजगार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हेतु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एक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कैलेंडर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वर्ष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में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अधिकतम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तीन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आवेदन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अग्रेषित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किए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जाएंगे</w:t>
      </w:r>
      <w:proofErr w:type="spellEnd"/>
      <w:r w:rsidR="00CB34C2">
        <w:rPr>
          <w:rFonts w:ascii="Nirmala UI" w:hAnsi="Nirmala UI" w:cs="Nirmala UI"/>
        </w:rPr>
        <w:t xml:space="preserve"> </w:t>
      </w:r>
      <w:r w:rsidR="00CB34C2">
        <w:rPr>
          <w:rFonts w:ascii="Nirmala UI" w:hAnsi="Nirmala UI" w:cs="Nirmala UI" w:hint="cs"/>
          <w:cs/>
          <w:lang w:bidi="hi-IN"/>
        </w:rPr>
        <w:t xml:space="preserve">अथवा तीन आवेदन हेतु अनापत्ति प्रमाण पत्र दिया जाएगा </w:t>
      </w:r>
      <w:r w:rsidRPr="009C227C">
        <w:rPr>
          <w:rFonts w:ascii="Nirmala UI" w:hAnsi="Nirmala UI" w:cs="Nirmala UI"/>
        </w:rPr>
        <w:t>।</w:t>
      </w:r>
      <w:r>
        <w:br/>
        <w:t xml:space="preserve">   A maximum of three applications for outside employment shall be forwarded</w:t>
      </w:r>
      <w:r w:rsidR="00CB34C2">
        <w:t xml:space="preserve">/NOC shall be </w:t>
      </w:r>
      <w:r w:rsidR="00CB34C2">
        <w:br/>
        <w:t>issued</w:t>
      </w:r>
      <w:r>
        <w:t xml:space="preserve"> in </w:t>
      </w:r>
      <w:r w:rsidR="00CB34C2">
        <w:t>a</w:t>
      </w:r>
      <w:r>
        <w:t xml:space="preserve"> calendar year.</w:t>
      </w:r>
    </w:p>
    <w:p w14:paraId="4E953A2F" w14:textId="7838D423" w:rsidR="00EE189D" w:rsidRDefault="00000000" w:rsidP="00CB34C2">
      <w:r>
        <w:t xml:space="preserve">3. </w:t>
      </w:r>
      <w:proofErr w:type="spellStart"/>
      <w:r w:rsidRPr="009C227C">
        <w:rPr>
          <w:rFonts w:ascii="Nirmala UI" w:hAnsi="Nirmala UI" w:cs="Nirmala UI"/>
        </w:rPr>
        <w:t>विज्ञापन</w:t>
      </w:r>
      <w:proofErr w:type="spellEnd"/>
      <w:r w:rsidRPr="009C227C">
        <w:rPr>
          <w:rFonts w:ascii="Nirmala UI" w:hAnsi="Nirmala UI" w:cs="Nirmala UI"/>
        </w:rPr>
        <w:t xml:space="preserve">, </w:t>
      </w:r>
      <w:proofErr w:type="spellStart"/>
      <w:r w:rsidRPr="009C227C">
        <w:rPr>
          <w:rFonts w:ascii="Nirmala UI" w:hAnsi="Nirmala UI" w:cs="Nirmala UI"/>
        </w:rPr>
        <w:t>आवेदन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पत्र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तथा</w:t>
      </w:r>
      <w:proofErr w:type="spellEnd"/>
      <w:r w:rsidRPr="009C227C">
        <w:rPr>
          <w:rFonts w:ascii="Nirmala UI" w:hAnsi="Nirmala UI" w:cs="Nirmala UI"/>
        </w:rPr>
        <w:t xml:space="preserve"> आवश्यक संलग्नकों की प्रति आवेदन के साथ संलग्न करना अनिवार्य है।</w:t>
      </w:r>
      <w:r w:rsidRPr="009C227C">
        <w:rPr>
          <w:rFonts w:ascii="Nirmala UI" w:hAnsi="Nirmala UI" w:cs="Nirmala UI"/>
        </w:rPr>
        <w:br/>
      </w:r>
      <w:r>
        <w:t xml:space="preserve">   A copy of the advertisement, application, and required enclosures must be attached with the application.</w:t>
      </w:r>
    </w:p>
    <w:p w14:paraId="1BEA2222" w14:textId="1CEA07A5" w:rsidR="00F338E3" w:rsidRPr="00F338E3" w:rsidRDefault="00F338E3" w:rsidP="00CB34C2">
      <w:pPr>
        <w:rPr>
          <w:rFonts w:cs="Mangal"/>
          <w:lang w:bidi="hi-IN"/>
        </w:rPr>
      </w:pPr>
      <w:r>
        <w:t xml:space="preserve">4. </w:t>
      </w:r>
      <w:r w:rsidRPr="00F338E3">
        <w:rPr>
          <w:rFonts w:ascii="Nirmala UI" w:hAnsi="Nirmala UI" w:cs="Nirmala UI"/>
        </w:rPr>
        <w:t xml:space="preserve">NIT </w:t>
      </w:r>
      <w:r w:rsidRPr="00F338E3">
        <w:rPr>
          <w:rFonts w:ascii="Nirmala UI" w:hAnsi="Nirmala UI" w:cs="Nirmala UI"/>
          <w:cs/>
          <w:lang w:bidi="hi-IN"/>
        </w:rPr>
        <w:t>के नियमों के प्रावधानों के अनुसार</w:t>
      </w:r>
      <w:r w:rsidRPr="00F338E3">
        <w:rPr>
          <w:rFonts w:ascii="Nirmala UI" w:hAnsi="Nirmala UI" w:cs="Nirmala UI"/>
        </w:rPr>
        <w:t xml:space="preserve">, </w:t>
      </w:r>
      <w:r w:rsidRPr="00F338E3">
        <w:rPr>
          <w:rFonts w:ascii="Nirmala UI" w:hAnsi="Nirmala UI" w:cs="Nirmala UI"/>
          <w:cs/>
          <w:lang w:bidi="hi-IN"/>
        </w:rPr>
        <w:t xml:space="preserve">तय फ़ॉर्मैट में एक अंडरटेकिंग (वचन-पत्र) </w:t>
      </w:r>
      <w:proofErr w:type="spellStart"/>
      <w:r w:rsidRPr="009C227C">
        <w:rPr>
          <w:rFonts w:ascii="Nirmala UI" w:hAnsi="Nirmala UI" w:cs="Nirmala UI"/>
        </w:rPr>
        <w:t>संलग्न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करना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अनिवार्य</w:t>
      </w:r>
      <w:proofErr w:type="spellEnd"/>
      <w:r w:rsidRPr="009C227C">
        <w:rPr>
          <w:rFonts w:ascii="Nirmala UI" w:hAnsi="Nirmala UI" w:cs="Nirmala UI"/>
        </w:rPr>
        <w:t xml:space="preserve"> </w:t>
      </w:r>
      <w:proofErr w:type="spellStart"/>
      <w:r w:rsidRPr="009C227C">
        <w:rPr>
          <w:rFonts w:ascii="Nirmala UI" w:hAnsi="Nirmala UI" w:cs="Nirmala UI"/>
        </w:rPr>
        <w:t>है</w:t>
      </w:r>
      <w:proofErr w:type="spellEnd"/>
      <w:r w:rsidRPr="009C227C">
        <w:rPr>
          <w:rFonts w:ascii="Nirmala UI" w:hAnsi="Nirmala UI" w:cs="Nirmala UI"/>
        </w:rPr>
        <w:t>।</w:t>
      </w:r>
      <w:r w:rsidRPr="00F338E3">
        <w:br/>
      </w:r>
      <w:r>
        <w:t>A</w:t>
      </w:r>
      <w:r w:rsidRPr="00F338E3">
        <w:t>n undertaking in the prescribed format</w:t>
      </w:r>
      <w:r w:rsidRPr="00F338E3">
        <w:t xml:space="preserve"> shall be submitted</w:t>
      </w:r>
      <w:r w:rsidRPr="00F338E3">
        <w:t>, in accordance with the provisions of the NIT Statutes.</w:t>
      </w:r>
    </w:p>
    <w:p w14:paraId="4DE60406" w14:textId="4D2E04AA" w:rsidR="00EE189D" w:rsidRDefault="00EE189D" w:rsidP="00A77CBA">
      <w:pPr>
        <w:jc w:val="both"/>
      </w:pPr>
    </w:p>
    <w:sectPr w:rsidR="00EE189D" w:rsidSect="006159FA">
      <w:footerReference w:type="default" r:id="rId8"/>
      <w:headerReference w:type="first" r:id="rId9"/>
      <w:footerReference w:type="first" r:id="rId10"/>
      <w:pgSz w:w="12240" w:h="15840"/>
      <w:pgMar w:top="1276" w:right="1800" w:bottom="156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A408" w14:textId="77777777" w:rsidR="00990246" w:rsidRDefault="00990246" w:rsidP="00023D8E">
      <w:pPr>
        <w:spacing w:after="0" w:line="240" w:lineRule="auto"/>
      </w:pPr>
      <w:r>
        <w:separator/>
      </w:r>
    </w:p>
  </w:endnote>
  <w:endnote w:type="continuationSeparator" w:id="0">
    <w:p w14:paraId="5DD01F15" w14:textId="77777777" w:rsidR="00990246" w:rsidRDefault="00990246" w:rsidP="0002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2959133"/>
      <w:docPartObj>
        <w:docPartGallery w:val="Page Numbers (Bottom of Page)"/>
        <w:docPartUnique/>
      </w:docPartObj>
    </w:sdtPr>
    <w:sdtContent>
      <w:sdt>
        <w:sdtPr>
          <w:id w:val="-1126999025"/>
          <w:docPartObj>
            <w:docPartGallery w:val="Page Numbers (Top of Page)"/>
            <w:docPartUnique/>
          </w:docPartObj>
        </w:sdtPr>
        <w:sdtContent>
          <w:p w14:paraId="06B8785C" w14:textId="0C940581" w:rsidR="006159FA" w:rsidRDefault="006159F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35950" w14:textId="77777777" w:rsidR="006159FA" w:rsidRDefault="00615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74828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FC0F3D" w14:textId="1C6350A5" w:rsidR="00023D8E" w:rsidRDefault="00023D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A721A1" w14:textId="77777777" w:rsidR="00023D8E" w:rsidRDefault="00023D8E" w:rsidP="00023D8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97420" w14:textId="77777777" w:rsidR="00990246" w:rsidRDefault="00990246" w:rsidP="00023D8E">
      <w:pPr>
        <w:spacing w:after="0" w:line="240" w:lineRule="auto"/>
      </w:pPr>
      <w:r>
        <w:separator/>
      </w:r>
    </w:p>
  </w:footnote>
  <w:footnote w:type="continuationSeparator" w:id="0">
    <w:p w14:paraId="783447B0" w14:textId="77777777" w:rsidR="00990246" w:rsidRDefault="00990246" w:rsidP="00023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4194" w14:textId="77777777" w:rsidR="00CB34C2" w:rsidRPr="00EE4F57" w:rsidRDefault="00CB34C2" w:rsidP="00CB34C2">
    <w:pPr>
      <w:jc w:val="right"/>
      <w:rPr>
        <w:i/>
      </w:rPr>
    </w:pPr>
    <w:r>
      <w:rPr>
        <w:b/>
        <w:noProof/>
        <w:sz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52BE4D" wp14:editId="245B93C6">
              <wp:simplePos x="0" y="0"/>
              <wp:positionH relativeFrom="column">
                <wp:posOffset>-1143000</wp:posOffset>
              </wp:positionH>
              <wp:positionV relativeFrom="paragraph">
                <wp:posOffset>939951</wp:posOffset>
              </wp:positionV>
              <wp:extent cx="8968823" cy="7951"/>
              <wp:effectExtent l="0" t="0" r="22860" b="30480"/>
              <wp:wrapNone/>
              <wp:docPr id="204844506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68823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D1CE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74pt" to="616.2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" strokecolor="black [3040]"/>
          </w:pict>
        </mc:Fallback>
      </mc:AlternateContent>
    </w:r>
    <w:r>
      <w:rPr>
        <w:rFonts w:ascii="Kruti Dev 010" w:hAnsi="Kruti Dev 010"/>
        <w:b/>
        <w:bCs/>
        <w:noProof/>
        <w:sz w:val="40"/>
        <w:szCs w:val="40"/>
        <w:lang w:bidi="hi-IN"/>
      </w:rPr>
      <w:drawing>
        <wp:anchor distT="0" distB="0" distL="114300" distR="114300" simplePos="0" relativeHeight="251659264" behindDoc="1" locked="0" layoutInCell="1" allowOverlap="1" wp14:anchorId="6840D9E2" wp14:editId="1AF3B3D5">
          <wp:simplePos x="0" y="0"/>
          <wp:positionH relativeFrom="column">
            <wp:posOffset>-498420</wp:posOffset>
          </wp:positionH>
          <wp:positionV relativeFrom="paragraph">
            <wp:posOffset>11430</wp:posOffset>
          </wp:positionV>
          <wp:extent cx="914400" cy="842511"/>
          <wp:effectExtent l="0" t="0" r="0" b="0"/>
          <wp:wrapNone/>
          <wp:docPr id="1813204794" name="Picture 0" descr="Manit Logo color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anit Logo color_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425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Nirmala UI" w:hAnsi="Nirmala UI" w:cs="Nirmala UI"/>
        <w:b/>
        <w:sz w:val="28"/>
      </w:rPr>
      <w:t>मौलाना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आज़ाद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राष्ट्रीय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प्रौद्योगिकी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संस्थान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भोपाल</w:t>
    </w:r>
    <w:proofErr w:type="spellEnd"/>
    <w:r>
      <w:rPr>
        <w:b/>
        <w:sz w:val="28"/>
      </w:rPr>
      <w:t xml:space="preserve"> – 462003</w:t>
    </w:r>
    <w:r>
      <w:rPr>
        <w:b/>
        <w:sz w:val="28"/>
      </w:rPr>
      <w:br/>
    </w:r>
    <w:r>
      <w:rPr>
        <w:i/>
      </w:rPr>
      <w:t>(</w:t>
    </w:r>
    <w:proofErr w:type="spellStart"/>
    <w:r>
      <w:rPr>
        <w:rFonts w:ascii="Nirmala UI" w:hAnsi="Nirmala UI" w:cs="Nirmala UI"/>
        <w:i/>
      </w:rPr>
      <w:t>शिक्षा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मंत्रालय</w:t>
    </w:r>
    <w:proofErr w:type="spellEnd"/>
    <w:r>
      <w:rPr>
        <w:i/>
      </w:rPr>
      <w:t xml:space="preserve">, </w:t>
    </w:r>
    <w:proofErr w:type="spellStart"/>
    <w:r>
      <w:rPr>
        <w:rFonts w:ascii="Nirmala UI" w:hAnsi="Nirmala UI" w:cs="Nirmala UI"/>
        <w:i/>
      </w:rPr>
      <w:t>भारत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सरकार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के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अधीन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राष्ट्रीय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महत्व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संस्थान</w:t>
    </w:r>
    <w:proofErr w:type="spellEnd"/>
    <w:r>
      <w:rPr>
        <w:i/>
      </w:rPr>
      <w:t>)</w:t>
    </w:r>
    <w:r>
      <w:rPr>
        <w:i/>
      </w:rPr>
      <w:br/>
    </w:r>
    <w:r>
      <w:rPr>
        <w:b/>
        <w:sz w:val="26"/>
      </w:rPr>
      <w:t>Maulana Azad National Institute of Technology Bhopal – 462003</w:t>
    </w:r>
    <w:r>
      <w:rPr>
        <w:b/>
        <w:sz w:val="26"/>
      </w:rPr>
      <w:br/>
    </w:r>
    <w:r>
      <w:rPr>
        <w:i/>
      </w:rPr>
      <w:t xml:space="preserve"> (An Institute of National Importance under Ministry of Education, Government of India)</w:t>
    </w:r>
  </w:p>
  <w:p w14:paraId="48716B6F" w14:textId="1F8CD6D4" w:rsidR="00023D8E" w:rsidRPr="00CB34C2" w:rsidRDefault="00023D8E" w:rsidP="00CB3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6967051">
    <w:abstractNumId w:val="8"/>
  </w:num>
  <w:num w:numId="2" w16cid:durableId="570578187">
    <w:abstractNumId w:val="6"/>
  </w:num>
  <w:num w:numId="3" w16cid:durableId="31198910">
    <w:abstractNumId w:val="5"/>
  </w:num>
  <w:num w:numId="4" w16cid:durableId="1282419853">
    <w:abstractNumId w:val="4"/>
  </w:num>
  <w:num w:numId="5" w16cid:durableId="723023597">
    <w:abstractNumId w:val="7"/>
  </w:num>
  <w:num w:numId="6" w16cid:durableId="1327587370">
    <w:abstractNumId w:val="3"/>
  </w:num>
  <w:num w:numId="7" w16cid:durableId="1858037788">
    <w:abstractNumId w:val="2"/>
  </w:num>
  <w:num w:numId="8" w16cid:durableId="1022321660">
    <w:abstractNumId w:val="1"/>
  </w:num>
  <w:num w:numId="9" w16cid:durableId="190895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D8E"/>
    <w:rsid w:val="00034616"/>
    <w:rsid w:val="0006063C"/>
    <w:rsid w:val="0015074B"/>
    <w:rsid w:val="001F49EA"/>
    <w:rsid w:val="00256DAE"/>
    <w:rsid w:val="002814DA"/>
    <w:rsid w:val="0029639D"/>
    <w:rsid w:val="003151DD"/>
    <w:rsid w:val="00326F90"/>
    <w:rsid w:val="00394D87"/>
    <w:rsid w:val="003B5EC3"/>
    <w:rsid w:val="00575FA2"/>
    <w:rsid w:val="006159FA"/>
    <w:rsid w:val="00684451"/>
    <w:rsid w:val="00705431"/>
    <w:rsid w:val="00711AA0"/>
    <w:rsid w:val="007B6DFC"/>
    <w:rsid w:val="007D5F9C"/>
    <w:rsid w:val="00850C6E"/>
    <w:rsid w:val="00990246"/>
    <w:rsid w:val="009C227C"/>
    <w:rsid w:val="00A07A72"/>
    <w:rsid w:val="00A443ED"/>
    <w:rsid w:val="00A77CBA"/>
    <w:rsid w:val="00AA1D8D"/>
    <w:rsid w:val="00B47730"/>
    <w:rsid w:val="00CB0664"/>
    <w:rsid w:val="00CB34C2"/>
    <w:rsid w:val="00CF5A45"/>
    <w:rsid w:val="00D92DDD"/>
    <w:rsid w:val="00EE189D"/>
    <w:rsid w:val="00F338E3"/>
    <w:rsid w:val="00F927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9E4364"/>
  <w14:defaultImageDpi w14:val="300"/>
  <w15:docId w15:val="{883F31EC-707E-418B-BCA6-6837A33E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Mangal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chandraditya Singh Chauhan</cp:lastModifiedBy>
  <cp:revision>18</cp:revision>
  <dcterms:created xsi:type="dcterms:W3CDTF">2013-12-23T23:15:00Z</dcterms:created>
  <dcterms:modified xsi:type="dcterms:W3CDTF">2026-07-27T11:14:00Z</dcterms:modified>
  <cp:category/>
</cp:coreProperties>
</file>