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CF42" w14:textId="6760083B" w:rsidR="0077299F" w:rsidRDefault="00627647">
      <w:pPr>
        <w:jc w:val="center"/>
      </w:pPr>
      <w:r w:rsidRPr="001F49EA">
        <w:rPr>
          <w:rFonts w:ascii="Nirmala UI" w:hAnsi="Nirmala UI" w:cs="Nirmala UI"/>
          <w:b/>
          <w:noProof/>
          <w:sz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2A6693" wp14:editId="14A2B4B7">
                <wp:simplePos x="0" y="0"/>
                <wp:positionH relativeFrom="margin">
                  <wp:posOffset>4950130</wp:posOffset>
                </wp:positionH>
                <wp:positionV relativeFrom="page">
                  <wp:posOffset>116865</wp:posOffset>
                </wp:positionV>
                <wp:extent cx="1184910" cy="277495"/>
                <wp:effectExtent l="0" t="0" r="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C3C53" w14:textId="61ABD7CE" w:rsidR="00627647" w:rsidRPr="001F49EA" w:rsidRDefault="00627647" w:rsidP="0062764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49EA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Appendix – </w:t>
                            </w:r>
                            <w:r w:rsidR="00F35D9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A66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9.75pt;margin-top:9.2pt;width:93.3pt;height:2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" stroked="f">
                <v:textbox>
                  <w:txbxContent>
                    <w:p w14:paraId="05BC3C53" w14:textId="61ABD7CE" w:rsidR="00627647" w:rsidRPr="001F49EA" w:rsidRDefault="00627647" w:rsidP="0062764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1F49EA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Appendix – </w:t>
                      </w:r>
                      <w:r w:rsidR="00F35D9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proofErr w:type="spellStart"/>
      <w:r w:rsidR="00000000" w:rsidRPr="007F54C7">
        <w:rPr>
          <w:rFonts w:ascii="Nirmala UI" w:hAnsi="Nirmala UI" w:cs="Nirmala UI"/>
          <w:b/>
          <w:sz w:val="24"/>
          <w:szCs w:val="18"/>
        </w:rPr>
        <w:t>निजी</w:t>
      </w:r>
      <w:proofErr w:type="spellEnd"/>
      <w:r w:rsidR="00000000" w:rsidRPr="007F54C7">
        <w:rPr>
          <w:rFonts w:ascii="Nirmala UI" w:hAnsi="Nirmala UI" w:cs="Nirmala UI"/>
          <w:b/>
          <w:sz w:val="24"/>
          <w:szCs w:val="18"/>
        </w:rPr>
        <w:t xml:space="preserve"> </w:t>
      </w:r>
      <w:proofErr w:type="spellStart"/>
      <w:r w:rsidR="00000000" w:rsidRPr="007F54C7">
        <w:rPr>
          <w:rFonts w:ascii="Nirmala UI" w:hAnsi="Nirmala UI" w:cs="Nirmala UI"/>
          <w:b/>
          <w:sz w:val="24"/>
          <w:szCs w:val="18"/>
        </w:rPr>
        <w:t>विदेश</w:t>
      </w:r>
      <w:proofErr w:type="spellEnd"/>
      <w:r w:rsidR="00000000" w:rsidRPr="007F54C7">
        <w:rPr>
          <w:rFonts w:ascii="Nirmala UI" w:hAnsi="Nirmala UI" w:cs="Nirmala UI"/>
          <w:b/>
          <w:sz w:val="24"/>
          <w:szCs w:val="18"/>
        </w:rPr>
        <w:t xml:space="preserve"> </w:t>
      </w:r>
      <w:proofErr w:type="spellStart"/>
      <w:r w:rsidR="00000000" w:rsidRPr="007F54C7">
        <w:rPr>
          <w:rFonts w:ascii="Nirmala UI" w:hAnsi="Nirmala UI" w:cs="Nirmala UI"/>
          <w:b/>
          <w:sz w:val="24"/>
          <w:szCs w:val="18"/>
        </w:rPr>
        <w:t>यात्रा</w:t>
      </w:r>
      <w:proofErr w:type="spellEnd"/>
      <w:r w:rsidR="00000000" w:rsidRPr="007F54C7">
        <w:rPr>
          <w:rFonts w:ascii="Nirmala UI" w:hAnsi="Nirmala UI" w:cs="Nirmala UI"/>
          <w:b/>
          <w:sz w:val="24"/>
          <w:szCs w:val="18"/>
        </w:rPr>
        <w:t xml:space="preserve"> </w:t>
      </w:r>
      <w:proofErr w:type="spellStart"/>
      <w:r w:rsidR="00000000" w:rsidRPr="007F54C7">
        <w:rPr>
          <w:rFonts w:ascii="Nirmala UI" w:hAnsi="Nirmala UI" w:cs="Nirmala UI"/>
          <w:b/>
          <w:sz w:val="24"/>
          <w:szCs w:val="18"/>
        </w:rPr>
        <w:t>अनुमति</w:t>
      </w:r>
      <w:proofErr w:type="spellEnd"/>
      <w:r w:rsidR="00000000" w:rsidRPr="007F54C7">
        <w:rPr>
          <w:rFonts w:ascii="Nirmala UI" w:hAnsi="Nirmala UI" w:cs="Nirmala UI"/>
          <w:b/>
          <w:sz w:val="24"/>
          <w:szCs w:val="18"/>
        </w:rPr>
        <w:t xml:space="preserve"> हेतु आवेदन </w:t>
      </w:r>
      <w:r w:rsidR="00000000">
        <w:rPr>
          <w:b/>
          <w:sz w:val="30"/>
        </w:rPr>
        <w:br/>
      </w:r>
      <w:r w:rsidR="007F54C7">
        <w:rPr>
          <w:b/>
          <w:sz w:val="26"/>
        </w:rPr>
        <w:t>Application</w:t>
      </w:r>
      <w:r w:rsidR="00000000">
        <w:rPr>
          <w:b/>
          <w:sz w:val="26"/>
        </w:rPr>
        <w:t xml:space="preserve"> for Permission for Private Foreign Travel</w:t>
      </w: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4673"/>
        <w:gridCol w:w="4399"/>
      </w:tblGrid>
      <w:tr w:rsidR="00BF3454" w14:paraId="724F763A" w14:textId="77777777" w:rsidTr="00EE4F57">
        <w:trPr>
          <w:jc w:val="center"/>
        </w:trPr>
        <w:tc>
          <w:tcPr>
            <w:tcW w:w="9072" w:type="dxa"/>
            <w:gridSpan w:val="2"/>
          </w:tcPr>
          <w:p w14:paraId="05463AEE" w14:textId="557E3FBD" w:rsidR="00BF3454" w:rsidRDefault="00BF3454" w:rsidP="00BF3454">
            <w:pPr>
              <w:jc w:val="center"/>
            </w:pPr>
            <w:proofErr w:type="spellStart"/>
            <w:r w:rsidRPr="007F54C7">
              <w:rPr>
                <w:rFonts w:ascii="Nirmala UI" w:hAnsi="Nirmala UI" w:cs="Nirmala UI"/>
                <w:b/>
                <w:sz w:val="24"/>
              </w:rPr>
              <w:t>कर्मचारी</w:t>
            </w:r>
            <w:proofErr w:type="spellEnd"/>
            <w:r w:rsidRPr="007F54C7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  <w:b/>
                <w:sz w:val="24"/>
              </w:rPr>
              <w:t>का</w:t>
            </w:r>
            <w:proofErr w:type="spellEnd"/>
            <w:r w:rsidRPr="007F54C7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 Employee Details</w:t>
            </w:r>
          </w:p>
        </w:tc>
      </w:tr>
      <w:tr w:rsidR="0077299F" w14:paraId="390DFC23" w14:textId="77777777" w:rsidTr="00F35D93">
        <w:trPr>
          <w:jc w:val="center"/>
        </w:trPr>
        <w:tc>
          <w:tcPr>
            <w:tcW w:w="4673" w:type="dxa"/>
          </w:tcPr>
          <w:p w14:paraId="6D7790FE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कर्मचारी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का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नाम</w:t>
            </w:r>
            <w:proofErr w:type="spellEnd"/>
            <w:r>
              <w:t xml:space="preserve"> / Name of Employee</w:t>
            </w:r>
          </w:p>
        </w:tc>
        <w:tc>
          <w:tcPr>
            <w:tcW w:w="4399" w:type="dxa"/>
          </w:tcPr>
          <w:p w14:paraId="1F025F47" w14:textId="77777777" w:rsidR="0077299F" w:rsidRDefault="0077299F"/>
        </w:tc>
      </w:tr>
      <w:tr w:rsidR="0077299F" w14:paraId="3B950299" w14:textId="77777777" w:rsidTr="00F35D93">
        <w:trPr>
          <w:jc w:val="center"/>
        </w:trPr>
        <w:tc>
          <w:tcPr>
            <w:tcW w:w="4673" w:type="dxa"/>
          </w:tcPr>
          <w:p w14:paraId="688EA048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कर्मचारी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कोड</w:t>
            </w:r>
            <w:proofErr w:type="spellEnd"/>
            <w:r>
              <w:t xml:space="preserve"> / Employee Code</w:t>
            </w:r>
          </w:p>
        </w:tc>
        <w:tc>
          <w:tcPr>
            <w:tcW w:w="4399" w:type="dxa"/>
          </w:tcPr>
          <w:p w14:paraId="42A7D4A1" w14:textId="77777777" w:rsidR="0077299F" w:rsidRDefault="0077299F"/>
        </w:tc>
      </w:tr>
      <w:tr w:rsidR="0077299F" w14:paraId="3201AECD" w14:textId="77777777" w:rsidTr="00F35D93">
        <w:trPr>
          <w:jc w:val="center"/>
        </w:trPr>
        <w:tc>
          <w:tcPr>
            <w:tcW w:w="4673" w:type="dxa"/>
          </w:tcPr>
          <w:p w14:paraId="5E9186D0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पदनाम</w:t>
            </w:r>
            <w:proofErr w:type="spellEnd"/>
            <w:r>
              <w:t xml:space="preserve"> / Designation</w:t>
            </w:r>
          </w:p>
        </w:tc>
        <w:tc>
          <w:tcPr>
            <w:tcW w:w="4399" w:type="dxa"/>
          </w:tcPr>
          <w:p w14:paraId="0FEDD499" w14:textId="77777777" w:rsidR="0077299F" w:rsidRDefault="0077299F"/>
        </w:tc>
      </w:tr>
      <w:tr w:rsidR="0077299F" w14:paraId="0546E742" w14:textId="77777777" w:rsidTr="00F35D93">
        <w:trPr>
          <w:jc w:val="center"/>
        </w:trPr>
        <w:tc>
          <w:tcPr>
            <w:tcW w:w="4673" w:type="dxa"/>
          </w:tcPr>
          <w:p w14:paraId="059BB150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विभाग</w:t>
            </w:r>
            <w:proofErr w:type="spellEnd"/>
            <w:r w:rsidRPr="007F54C7">
              <w:rPr>
                <w:rFonts w:ascii="Nirmala UI" w:hAnsi="Nirmala UI" w:cs="Nirmala UI"/>
              </w:rPr>
              <w:t>/</w:t>
            </w:r>
            <w:proofErr w:type="spellStart"/>
            <w:r w:rsidRPr="007F54C7">
              <w:rPr>
                <w:rFonts w:ascii="Nirmala UI" w:hAnsi="Nirmala UI" w:cs="Nirmala UI"/>
              </w:rPr>
              <w:t>केन्द्र</w:t>
            </w:r>
            <w:proofErr w:type="spellEnd"/>
            <w:r w:rsidRPr="007F54C7">
              <w:rPr>
                <w:rFonts w:ascii="Nirmala UI" w:hAnsi="Nirmala UI" w:cs="Nirmala UI"/>
              </w:rPr>
              <w:t>/</w:t>
            </w:r>
            <w:proofErr w:type="spellStart"/>
            <w:r w:rsidRPr="007F54C7">
              <w:rPr>
                <w:rFonts w:ascii="Nirmala UI" w:hAnsi="Nirmala UI" w:cs="Nirmala UI"/>
              </w:rPr>
              <w:t>अनुभाग</w:t>
            </w:r>
            <w:proofErr w:type="spellEnd"/>
            <w:r>
              <w:t xml:space="preserve"> / Department/Centre/Section</w:t>
            </w:r>
          </w:p>
        </w:tc>
        <w:tc>
          <w:tcPr>
            <w:tcW w:w="4399" w:type="dxa"/>
          </w:tcPr>
          <w:p w14:paraId="40EDFE70" w14:textId="77777777" w:rsidR="0077299F" w:rsidRDefault="0077299F"/>
        </w:tc>
      </w:tr>
      <w:tr w:rsidR="00F01E7A" w14:paraId="647BE3B1" w14:textId="77777777" w:rsidTr="00F35D93">
        <w:trPr>
          <w:jc w:val="center"/>
        </w:trPr>
        <w:tc>
          <w:tcPr>
            <w:tcW w:w="4673" w:type="dxa"/>
          </w:tcPr>
          <w:p w14:paraId="70BE2C66" w14:textId="3A8075D6" w:rsidR="00F01E7A" w:rsidRPr="007F54C7" w:rsidRDefault="00F01E7A" w:rsidP="00F01E7A">
            <w:pPr>
              <w:rPr>
                <w:rFonts w:ascii="Nirmala UI" w:hAnsi="Nirmala UI" w:cs="Nirmala UI"/>
              </w:rPr>
            </w:pPr>
            <w:proofErr w:type="spellStart"/>
            <w:r w:rsidRPr="007F54C7">
              <w:rPr>
                <w:rFonts w:ascii="Nirmala UI" w:hAnsi="Nirmala UI" w:cs="Nirmala UI"/>
              </w:rPr>
              <w:t>मूल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वेतन</w:t>
            </w:r>
            <w:proofErr w:type="spellEnd"/>
            <w:r>
              <w:t xml:space="preserve"> / Basic Pay</w:t>
            </w:r>
          </w:p>
        </w:tc>
        <w:tc>
          <w:tcPr>
            <w:tcW w:w="4399" w:type="dxa"/>
          </w:tcPr>
          <w:p w14:paraId="4ABA3479" w14:textId="77777777" w:rsidR="00F01E7A" w:rsidRDefault="00F01E7A" w:rsidP="00F01E7A"/>
        </w:tc>
      </w:tr>
    </w:tbl>
    <w:p w14:paraId="3A0424C3" w14:textId="77777777" w:rsidR="00F01E7A" w:rsidRDefault="00F01E7A"/>
    <w:tbl>
      <w:tblPr>
        <w:tblStyle w:val="TableGrid"/>
        <w:tblW w:w="9073" w:type="dxa"/>
        <w:jc w:val="center"/>
        <w:tblLook w:val="04A0" w:firstRow="1" w:lastRow="0" w:firstColumn="1" w:lastColumn="0" w:noHBand="0" w:noVBand="1"/>
      </w:tblPr>
      <w:tblGrid>
        <w:gridCol w:w="2034"/>
        <w:gridCol w:w="2294"/>
        <w:gridCol w:w="1559"/>
        <w:gridCol w:w="1418"/>
        <w:gridCol w:w="1768"/>
      </w:tblGrid>
      <w:tr w:rsidR="00F01E7A" w14:paraId="56BBEC93" w14:textId="6A39FE13" w:rsidTr="00F01E7A">
        <w:trPr>
          <w:jc w:val="center"/>
        </w:trPr>
        <w:tc>
          <w:tcPr>
            <w:tcW w:w="9073" w:type="dxa"/>
            <w:gridSpan w:val="5"/>
          </w:tcPr>
          <w:p w14:paraId="510F9C55" w14:textId="511B7D78" w:rsidR="00F01E7A" w:rsidRPr="00F01E7A" w:rsidRDefault="00F01E7A" w:rsidP="00BF3454">
            <w:pPr>
              <w:jc w:val="center"/>
              <w:rPr>
                <w:rFonts w:ascii="Nirmala UI" w:hAnsi="Nirmala UI" w:cs="Nirmala UI"/>
                <w:b/>
                <w:sz w:val="24"/>
              </w:rPr>
            </w:pPr>
            <w:proofErr w:type="spellStart"/>
            <w:r w:rsidRPr="00F01E7A">
              <w:rPr>
                <w:rFonts w:ascii="Nirmala UI" w:hAnsi="Nirmala UI" w:cs="Nirmala UI"/>
                <w:b/>
                <w:sz w:val="24"/>
              </w:rPr>
              <w:t>अवकाश</w:t>
            </w:r>
            <w:proofErr w:type="spellEnd"/>
            <w:r w:rsidRPr="00F01E7A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F01E7A">
              <w:rPr>
                <w:rFonts w:ascii="Nirmala UI" w:hAnsi="Nirmala UI" w:cs="Nirmala UI"/>
                <w:b/>
                <w:sz w:val="24"/>
              </w:rPr>
              <w:t>का</w:t>
            </w:r>
            <w:proofErr w:type="spellEnd"/>
            <w:r w:rsidRPr="00F01E7A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F01E7A"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 Leave Details</w:t>
            </w:r>
          </w:p>
        </w:tc>
      </w:tr>
      <w:tr w:rsidR="00F01E7A" w14:paraId="290B1F11" w14:textId="7ED5DD00" w:rsidTr="00E5362D">
        <w:trPr>
          <w:jc w:val="center"/>
        </w:trPr>
        <w:tc>
          <w:tcPr>
            <w:tcW w:w="2034" w:type="dxa"/>
          </w:tcPr>
          <w:p w14:paraId="026FAACF" w14:textId="77777777" w:rsidR="00F01E7A" w:rsidRDefault="00F01E7A" w:rsidP="00F01E7A">
            <w:proofErr w:type="spellStart"/>
            <w:r w:rsidRPr="007F54C7">
              <w:rPr>
                <w:rFonts w:ascii="Nirmala UI" w:hAnsi="Nirmala UI" w:cs="Nirmala UI"/>
              </w:rPr>
              <w:t>अवकाश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का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प्रकार</w:t>
            </w:r>
            <w:proofErr w:type="spellEnd"/>
            <w:r>
              <w:t xml:space="preserve"> / Type of Leave</w:t>
            </w:r>
          </w:p>
        </w:tc>
        <w:tc>
          <w:tcPr>
            <w:tcW w:w="2294" w:type="dxa"/>
          </w:tcPr>
          <w:p w14:paraId="10F884CB" w14:textId="113748BD" w:rsidR="00F01E7A" w:rsidRDefault="00F01E7A" w:rsidP="00F01E7A">
            <w:proofErr w:type="spellStart"/>
            <w:r w:rsidRPr="007F54C7">
              <w:rPr>
                <w:rFonts w:ascii="Nirmala UI" w:hAnsi="Nirmala UI" w:cs="Nirmala UI"/>
              </w:rPr>
              <w:t>अवकाश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अवधि</w:t>
            </w:r>
            <w:proofErr w:type="spellEnd"/>
            <w:r>
              <w:t xml:space="preserve"> / Leave Period</w:t>
            </w:r>
          </w:p>
        </w:tc>
        <w:tc>
          <w:tcPr>
            <w:tcW w:w="1559" w:type="dxa"/>
          </w:tcPr>
          <w:p w14:paraId="38BC0970" w14:textId="24E1B205" w:rsidR="00F01E7A" w:rsidRDefault="00F01E7A" w:rsidP="00F01E7A">
            <w:proofErr w:type="spellStart"/>
            <w:r w:rsidRPr="007F54C7">
              <w:rPr>
                <w:rFonts w:ascii="Nirmala UI" w:hAnsi="Nirmala UI" w:cs="Nirmala UI"/>
              </w:rPr>
              <w:t>पूर्वयोजन</w:t>
            </w:r>
            <w:proofErr w:type="spellEnd"/>
            <w:r>
              <w:t xml:space="preserve"> / Prefix</w:t>
            </w:r>
          </w:p>
        </w:tc>
        <w:tc>
          <w:tcPr>
            <w:tcW w:w="1418" w:type="dxa"/>
          </w:tcPr>
          <w:p w14:paraId="5631EC52" w14:textId="7FA52394" w:rsidR="00F01E7A" w:rsidRDefault="00F01E7A" w:rsidP="00F01E7A">
            <w:proofErr w:type="spellStart"/>
            <w:r w:rsidRPr="007F54C7">
              <w:rPr>
                <w:rFonts w:ascii="Nirmala UI" w:hAnsi="Nirmala UI" w:cs="Nirmala UI"/>
              </w:rPr>
              <w:t>प्रत्यायोजन</w:t>
            </w:r>
            <w:proofErr w:type="spellEnd"/>
            <w:r>
              <w:t xml:space="preserve"> / Suffix</w:t>
            </w:r>
          </w:p>
        </w:tc>
        <w:tc>
          <w:tcPr>
            <w:tcW w:w="1768" w:type="dxa"/>
          </w:tcPr>
          <w:p w14:paraId="4DEC0C9D" w14:textId="35AAD72C" w:rsidR="00F01E7A" w:rsidRDefault="00F01E7A" w:rsidP="00F01E7A">
            <w:proofErr w:type="spellStart"/>
            <w:r w:rsidRPr="007F54C7">
              <w:rPr>
                <w:rFonts w:ascii="Nirmala UI" w:hAnsi="Nirmala UI" w:cs="Nirmala UI"/>
              </w:rPr>
              <w:t>पासपोर्ट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संख्या</w:t>
            </w:r>
            <w:proofErr w:type="spellEnd"/>
            <w:r>
              <w:t xml:space="preserve"> / Passport Number</w:t>
            </w:r>
          </w:p>
        </w:tc>
      </w:tr>
      <w:tr w:rsidR="00F01E7A" w14:paraId="15EEA030" w14:textId="3B62504F" w:rsidTr="00E5362D">
        <w:trPr>
          <w:trHeight w:val="1305"/>
          <w:jc w:val="center"/>
        </w:trPr>
        <w:tc>
          <w:tcPr>
            <w:tcW w:w="2034" w:type="dxa"/>
          </w:tcPr>
          <w:p w14:paraId="2AB385F3" w14:textId="3A97D453" w:rsidR="00F01E7A" w:rsidRDefault="00F01E7A" w:rsidP="00F01E7A"/>
        </w:tc>
        <w:tc>
          <w:tcPr>
            <w:tcW w:w="2294" w:type="dxa"/>
          </w:tcPr>
          <w:p w14:paraId="44268CA6" w14:textId="77777777" w:rsidR="00F01E7A" w:rsidRDefault="00F01E7A" w:rsidP="00F01E7A"/>
        </w:tc>
        <w:tc>
          <w:tcPr>
            <w:tcW w:w="1559" w:type="dxa"/>
          </w:tcPr>
          <w:p w14:paraId="6E5EAD0D" w14:textId="77777777" w:rsidR="00F01E7A" w:rsidRDefault="00F01E7A" w:rsidP="00F01E7A"/>
        </w:tc>
        <w:tc>
          <w:tcPr>
            <w:tcW w:w="1418" w:type="dxa"/>
          </w:tcPr>
          <w:p w14:paraId="4CAA40DB" w14:textId="77777777" w:rsidR="00F01E7A" w:rsidRDefault="00F01E7A" w:rsidP="00F01E7A"/>
        </w:tc>
        <w:tc>
          <w:tcPr>
            <w:tcW w:w="1768" w:type="dxa"/>
          </w:tcPr>
          <w:p w14:paraId="43192318" w14:textId="77777777" w:rsidR="00F01E7A" w:rsidRDefault="00F01E7A" w:rsidP="00F01E7A"/>
        </w:tc>
      </w:tr>
    </w:tbl>
    <w:p w14:paraId="4C0318BE" w14:textId="77777777" w:rsidR="00F01E7A" w:rsidRDefault="00F01E7A"/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4390"/>
        <w:gridCol w:w="4682"/>
      </w:tblGrid>
      <w:tr w:rsidR="00BF3454" w14:paraId="26EA61E5" w14:textId="77777777" w:rsidTr="00EE4F57">
        <w:trPr>
          <w:jc w:val="center"/>
        </w:trPr>
        <w:tc>
          <w:tcPr>
            <w:tcW w:w="9072" w:type="dxa"/>
            <w:gridSpan w:val="2"/>
          </w:tcPr>
          <w:p w14:paraId="2DD386E2" w14:textId="49492845" w:rsidR="00BF3454" w:rsidRDefault="00BF3454" w:rsidP="00BF3454">
            <w:pPr>
              <w:jc w:val="center"/>
            </w:pPr>
            <w:proofErr w:type="spellStart"/>
            <w:r w:rsidRPr="00F01E7A">
              <w:rPr>
                <w:rFonts w:ascii="Nirmala UI" w:hAnsi="Nirmala UI" w:cs="Nirmala UI"/>
                <w:b/>
                <w:sz w:val="24"/>
              </w:rPr>
              <w:t>यात्रा</w:t>
            </w:r>
            <w:proofErr w:type="spellEnd"/>
            <w:r w:rsidRPr="00F01E7A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F01E7A">
              <w:rPr>
                <w:rFonts w:ascii="Nirmala UI" w:hAnsi="Nirmala UI" w:cs="Nirmala UI"/>
                <w:b/>
                <w:sz w:val="24"/>
              </w:rPr>
              <w:t>का</w:t>
            </w:r>
            <w:proofErr w:type="spellEnd"/>
            <w:r w:rsidRPr="00F01E7A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F01E7A"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 Travel Details</w:t>
            </w:r>
          </w:p>
        </w:tc>
      </w:tr>
      <w:tr w:rsidR="0077299F" w14:paraId="57EF965B" w14:textId="77777777" w:rsidTr="00DE0249">
        <w:trPr>
          <w:trHeight w:val="468"/>
          <w:jc w:val="center"/>
        </w:trPr>
        <w:tc>
          <w:tcPr>
            <w:tcW w:w="4390" w:type="dxa"/>
          </w:tcPr>
          <w:p w14:paraId="08BA6736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यात्रा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की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अवधि</w:t>
            </w:r>
            <w:proofErr w:type="spellEnd"/>
            <w:r>
              <w:t xml:space="preserve"> / Duration of Visit</w:t>
            </w:r>
          </w:p>
        </w:tc>
        <w:tc>
          <w:tcPr>
            <w:tcW w:w="4682" w:type="dxa"/>
          </w:tcPr>
          <w:p w14:paraId="72162DFF" w14:textId="77777777" w:rsidR="0077299F" w:rsidRDefault="0077299F"/>
        </w:tc>
      </w:tr>
      <w:tr w:rsidR="0077299F" w14:paraId="53EC1838" w14:textId="77777777" w:rsidTr="00A74EA5">
        <w:trPr>
          <w:jc w:val="center"/>
        </w:trPr>
        <w:tc>
          <w:tcPr>
            <w:tcW w:w="4390" w:type="dxa"/>
          </w:tcPr>
          <w:p w14:paraId="1D6811AE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भ्रमण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हेतु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देश</w:t>
            </w:r>
            <w:proofErr w:type="spellEnd"/>
            <w:r w:rsidRPr="007F54C7">
              <w:rPr>
                <w:rFonts w:ascii="Nirmala UI" w:hAnsi="Nirmala UI" w:cs="Nirmala UI"/>
              </w:rPr>
              <w:t>/</w:t>
            </w:r>
            <w:proofErr w:type="spellStart"/>
            <w:r w:rsidRPr="007F54C7">
              <w:rPr>
                <w:rFonts w:ascii="Nirmala UI" w:hAnsi="Nirmala UI" w:cs="Nirmala UI"/>
              </w:rPr>
              <w:t>देशों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का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नाम</w:t>
            </w:r>
            <w:proofErr w:type="spellEnd"/>
            <w:r>
              <w:t xml:space="preserve"> / Name of Country/Countries to be Visited</w:t>
            </w:r>
          </w:p>
        </w:tc>
        <w:tc>
          <w:tcPr>
            <w:tcW w:w="4682" w:type="dxa"/>
          </w:tcPr>
          <w:p w14:paraId="3C7AF3E9" w14:textId="77777777" w:rsidR="0077299F" w:rsidRDefault="0077299F"/>
        </w:tc>
      </w:tr>
      <w:tr w:rsidR="0077299F" w14:paraId="5AA3977E" w14:textId="77777777" w:rsidTr="00DE0249">
        <w:trPr>
          <w:trHeight w:val="466"/>
          <w:jc w:val="center"/>
        </w:trPr>
        <w:tc>
          <w:tcPr>
            <w:tcW w:w="4390" w:type="dxa"/>
          </w:tcPr>
          <w:p w14:paraId="236A0FBC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यात्रा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का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उद्देश्य</w:t>
            </w:r>
            <w:proofErr w:type="spellEnd"/>
            <w:r>
              <w:t xml:space="preserve"> / Purpose of Visit</w:t>
            </w:r>
          </w:p>
        </w:tc>
        <w:tc>
          <w:tcPr>
            <w:tcW w:w="4682" w:type="dxa"/>
          </w:tcPr>
          <w:p w14:paraId="36EA6EA6" w14:textId="77777777" w:rsidR="0077299F" w:rsidRDefault="0077299F"/>
        </w:tc>
      </w:tr>
      <w:tr w:rsidR="00BF3454" w14:paraId="0EFB370B" w14:textId="77777777" w:rsidTr="00EE4F57">
        <w:trPr>
          <w:jc w:val="center"/>
        </w:trPr>
        <w:tc>
          <w:tcPr>
            <w:tcW w:w="9072" w:type="dxa"/>
            <w:gridSpan w:val="2"/>
          </w:tcPr>
          <w:p w14:paraId="06413782" w14:textId="00B2D154" w:rsidR="00BF3454" w:rsidRDefault="00BF3454" w:rsidP="00BF3454">
            <w:pPr>
              <w:jc w:val="center"/>
            </w:pPr>
            <w:proofErr w:type="spellStart"/>
            <w:r w:rsidRPr="007F54C7">
              <w:rPr>
                <w:rFonts w:ascii="Nirmala UI" w:hAnsi="Nirmala UI" w:cs="Nirmala UI"/>
                <w:b/>
                <w:sz w:val="24"/>
              </w:rPr>
              <w:t>अनुमानित</w:t>
            </w:r>
            <w:proofErr w:type="spellEnd"/>
            <w:r w:rsidRPr="007F54C7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  <w:b/>
                <w:sz w:val="24"/>
              </w:rPr>
              <w:t>व्यय</w:t>
            </w:r>
            <w:proofErr w:type="spellEnd"/>
            <w:r>
              <w:rPr>
                <w:b/>
                <w:sz w:val="24"/>
              </w:rPr>
              <w:t xml:space="preserve"> (₹ </w:t>
            </w:r>
            <w:proofErr w:type="spellStart"/>
            <w:proofErr w:type="gramStart"/>
            <w:r w:rsidRPr="00BF3454">
              <w:rPr>
                <w:rFonts w:ascii="Nirmala UI" w:hAnsi="Nirmala UI" w:cs="Nirmala UI"/>
                <w:b/>
                <w:bCs/>
                <w:sz w:val="24"/>
              </w:rPr>
              <w:t>में</w:t>
            </w:r>
            <w:proofErr w:type="spellEnd"/>
            <w:r>
              <w:rPr>
                <w:rFonts w:ascii="Nirmala UI" w:hAnsi="Nirmala UI" w:cs="Nirmala UI"/>
                <w:b/>
                <w:bCs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proofErr w:type="gramEnd"/>
            <w:r>
              <w:rPr>
                <w:b/>
                <w:sz w:val="24"/>
              </w:rPr>
              <w:t xml:space="preserve"> / Estimated Expenditure (in ₹)</w:t>
            </w:r>
          </w:p>
        </w:tc>
      </w:tr>
      <w:tr w:rsidR="0077299F" w14:paraId="74157035" w14:textId="77777777" w:rsidTr="00A74EA5">
        <w:trPr>
          <w:jc w:val="center"/>
        </w:trPr>
        <w:tc>
          <w:tcPr>
            <w:tcW w:w="4390" w:type="dxa"/>
          </w:tcPr>
          <w:p w14:paraId="567B590B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यात्रा</w:t>
            </w:r>
            <w:proofErr w:type="spellEnd"/>
            <w:r>
              <w:t xml:space="preserve"> / Travel</w:t>
            </w:r>
          </w:p>
        </w:tc>
        <w:tc>
          <w:tcPr>
            <w:tcW w:w="4682" w:type="dxa"/>
          </w:tcPr>
          <w:p w14:paraId="5513CFBD" w14:textId="77777777" w:rsidR="0077299F" w:rsidRDefault="0077299F"/>
        </w:tc>
      </w:tr>
      <w:tr w:rsidR="0077299F" w14:paraId="6330D643" w14:textId="77777777" w:rsidTr="00A74EA5">
        <w:trPr>
          <w:jc w:val="center"/>
        </w:trPr>
        <w:tc>
          <w:tcPr>
            <w:tcW w:w="4390" w:type="dxa"/>
          </w:tcPr>
          <w:p w14:paraId="757E8654" w14:textId="77777777" w:rsidR="0077299F" w:rsidRDefault="00000000">
            <w:r w:rsidRPr="007F54C7">
              <w:rPr>
                <w:rFonts w:ascii="Nirmala UI" w:hAnsi="Nirmala UI" w:cs="Nirmala UI"/>
              </w:rPr>
              <w:t>आवास एवं भोजन</w:t>
            </w:r>
            <w:r>
              <w:t xml:space="preserve"> / Accommodation &amp; Food</w:t>
            </w:r>
          </w:p>
        </w:tc>
        <w:tc>
          <w:tcPr>
            <w:tcW w:w="4682" w:type="dxa"/>
          </w:tcPr>
          <w:p w14:paraId="11F44612" w14:textId="77777777" w:rsidR="0077299F" w:rsidRDefault="0077299F"/>
        </w:tc>
      </w:tr>
      <w:tr w:rsidR="0077299F" w14:paraId="3E01E5C3" w14:textId="77777777" w:rsidTr="00A74EA5">
        <w:trPr>
          <w:jc w:val="center"/>
        </w:trPr>
        <w:tc>
          <w:tcPr>
            <w:tcW w:w="4390" w:type="dxa"/>
          </w:tcPr>
          <w:p w14:paraId="6398AB3E" w14:textId="77777777" w:rsidR="0077299F" w:rsidRDefault="00000000">
            <w:r w:rsidRPr="007F54C7">
              <w:rPr>
                <w:rFonts w:ascii="Nirmala UI" w:hAnsi="Nirmala UI" w:cs="Nirmala UI"/>
              </w:rPr>
              <w:t>विविध</w:t>
            </w:r>
            <w:r>
              <w:t xml:space="preserve"> / Miscellaneous</w:t>
            </w:r>
          </w:p>
        </w:tc>
        <w:tc>
          <w:tcPr>
            <w:tcW w:w="4682" w:type="dxa"/>
          </w:tcPr>
          <w:p w14:paraId="72EE60BB" w14:textId="77777777" w:rsidR="0077299F" w:rsidRDefault="0077299F"/>
        </w:tc>
      </w:tr>
      <w:tr w:rsidR="0077299F" w14:paraId="26EA550E" w14:textId="77777777" w:rsidTr="00A74EA5">
        <w:trPr>
          <w:jc w:val="center"/>
        </w:trPr>
        <w:tc>
          <w:tcPr>
            <w:tcW w:w="4390" w:type="dxa"/>
          </w:tcPr>
          <w:p w14:paraId="69D83F2E" w14:textId="77777777" w:rsidR="0077299F" w:rsidRDefault="00000000">
            <w:r w:rsidRPr="007F54C7">
              <w:rPr>
                <w:rFonts w:ascii="Nirmala UI" w:hAnsi="Nirmala UI" w:cs="Nirmala UI"/>
              </w:rPr>
              <w:t>कुल</w:t>
            </w:r>
            <w:r>
              <w:t xml:space="preserve"> / Total</w:t>
            </w:r>
          </w:p>
        </w:tc>
        <w:tc>
          <w:tcPr>
            <w:tcW w:w="4682" w:type="dxa"/>
          </w:tcPr>
          <w:p w14:paraId="27FCC3A5" w14:textId="77777777" w:rsidR="0077299F" w:rsidRDefault="0077299F"/>
        </w:tc>
      </w:tr>
      <w:tr w:rsidR="00BF3454" w14:paraId="62E3E54B" w14:textId="77777777" w:rsidTr="00EE4F57">
        <w:trPr>
          <w:jc w:val="center"/>
        </w:trPr>
        <w:tc>
          <w:tcPr>
            <w:tcW w:w="9072" w:type="dxa"/>
            <w:gridSpan w:val="2"/>
          </w:tcPr>
          <w:p w14:paraId="3177FAF9" w14:textId="5035FBC2" w:rsidR="00BF3454" w:rsidRDefault="00BF3454" w:rsidP="001B2F52">
            <w:pPr>
              <w:jc w:val="center"/>
            </w:pPr>
            <w:proofErr w:type="spellStart"/>
            <w:r w:rsidRPr="00E5362D">
              <w:rPr>
                <w:rFonts w:ascii="Nirmala UI" w:hAnsi="Nirmala UI" w:cs="Nirmala UI"/>
                <w:b/>
                <w:sz w:val="24"/>
              </w:rPr>
              <w:t>पिछले</w:t>
            </w:r>
            <w:proofErr w:type="spellEnd"/>
            <w:r w:rsidRPr="00E5362D">
              <w:rPr>
                <w:rFonts w:ascii="Nirmala UI" w:hAnsi="Nirmala UI" w:cs="Nirmala UI"/>
                <w:bCs/>
                <w:sz w:val="24"/>
              </w:rPr>
              <w:t xml:space="preserve"> </w:t>
            </w:r>
            <w:r w:rsidR="00E5362D" w:rsidRPr="00E5362D">
              <w:rPr>
                <w:rFonts w:ascii="Nirmala UI" w:hAnsi="Nirmala UI" w:cs="Nirmala UI" w:hint="cs"/>
                <w:bCs/>
                <w:sz w:val="24"/>
                <w:szCs w:val="24"/>
                <w:cs/>
                <w:lang w:bidi="hi-IN"/>
              </w:rPr>
              <w:t>चार वर्षों</w:t>
            </w:r>
            <w:r w:rsidRPr="00E5362D">
              <w:rPr>
                <w:rFonts w:ascii="Nirmala UI" w:hAnsi="Nirmala UI" w:cs="Nirmala UI"/>
                <w:b/>
                <w:sz w:val="24"/>
                <w:szCs w:val="24"/>
              </w:rPr>
              <w:t xml:space="preserve"> </w:t>
            </w:r>
            <w:proofErr w:type="spellStart"/>
            <w:r w:rsidRPr="00E5362D">
              <w:rPr>
                <w:rFonts w:ascii="Nirmala UI" w:hAnsi="Nirmala UI" w:cs="Nirmala UI"/>
                <w:b/>
                <w:sz w:val="24"/>
                <w:szCs w:val="24"/>
              </w:rPr>
              <w:t>में</w:t>
            </w:r>
            <w:proofErr w:type="spellEnd"/>
            <w:r w:rsidRPr="00E5362D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E5362D">
              <w:rPr>
                <w:rFonts w:ascii="Nirmala UI" w:hAnsi="Nirmala UI" w:cs="Nirmala UI"/>
                <w:b/>
                <w:sz w:val="24"/>
              </w:rPr>
              <w:t>की</w:t>
            </w:r>
            <w:proofErr w:type="spellEnd"/>
            <w:r w:rsidRPr="00E5362D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4"/>
              </w:rPr>
              <w:t>गई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4"/>
              </w:rPr>
              <w:t>विदेशी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4"/>
              </w:rPr>
              <w:t>यात्रा</w:t>
            </w:r>
            <w:proofErr w:type="spellEnd"/>
            <w:r w:rsidR="00E46601">
              <w:rPr>
                <w:rFonts w:ascii="Nirmala UI" w:hAnsi="Nirmala UI" w:cs="Nirmala UI"/>
                <w:b/>
                <w:sz w:val="24"/>
              </w:rPr>
              <w:t>(</w:t>
            </w:r>
            <w:proofErr w:type="spellStart"/>
            <w:r>
              <w:rPr>
                <w:rFonts w:ascii="Nirmala UI" w:hAnsi="Nirmala UI" w:cs="Nirmala UI"/>
                <w:b/>
                <w:sz w:val="24"/>
              </w:rPr>
              <w:t>ओं</w:t>
            </w:r>
            <w:proofErr w:type="spellEnd"/>
            <w:r w:rsidR="00E46601">
              <w:rPr>
                <w:rFonts w:ascii="Nirmala UI" w:hAnsi="Nirmala UI" w:cs="Nirmala UI"/>
                <w:b/>
                <w:sz w:val="24"/>
              </w:rPr>
              <w:t>)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4"/>
              </w:rPr>
              <w:t>का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</w:t>
            </w:r>
            <w:r>
              <w:rPr>
                <w:b/>
                <w:sz w:val="24"/>
              </w:rPr>
              <w:br/>
              <w:t>Details of Foreign Visit(s) Undertaken During</w:t>
            </w:r>
            <w:r w:rsidR="00E5362D">
              <w:rPr>
                <w:b/>
                <w:sz w:val="24"/>
              </w:rPr>
              <w:t xml:space="preserve"> Last Four</w:t>
            </w:r>
            <w:r>
              <w:rPr>
                <w:b/>
                <w:sz w:val="24"/>
              </w:rPr>
              <w:t xml:space="preserve"> Year</w:t>
            </w:r>
            <w:r w:rsidR="00E5362D">
              <w:rPr>
                <w:b/>
                <w:sz w:val="24"/>
              </w:rPr>
              <w:t>s</w:t>
            </w:r>
          </w:p>
        </w:tc>
      </w:tr>
      <w:tr w:rsidR="0077299F" w14:paraId="6FDC5AD5" w14:textId="77777777" w:rsidTr="00A74EA5">
        <w:trPr>
          <w:trHeight w:val="700"/>
          <w:jc w:val="center"/>
        </w:trPr>
        <w:tc>
          <w:tcPr>
            <w:tcW w:w="4390" w:type="dxa"/>
          </w:tcPr>
          <w:p w14:paraId="5BE048FC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यात्रा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की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अवधि</w:t>
            </w:r>
            <w:proofErr w:type="spellEnd"/>
            <w:r>
              <w:t xml:space="preserve"> / Duration of Visit</w:t>
            </w:r>
          </w:p>
        </w:tc>
        <w:tc>
          <w:tcPr>
            <w:tcW w:w="4682" w:type="dxa"/>
          </w:tcPr>
          <w:p w14:paraId="465CC41D" w14:textId="5D15957B" w:rsidR="0077299F" w:rsidRDefault="00A74EA5">
            <w:r>
              <w:t>1.</w:t>
            </w:r>
            <w:r>
              <w:br/>
              <w:t>2.</w:t>
            </w:r>
            <w:r>
              <w:br/>
              <w:t>3.</w:t>
            </w:r>
          </w:p>
        </w:tc>
      </w:tr>
      <w:tr w:rsidR="0077299F" w14:paraId="1AADFC54" w14:textId="77777777" w:rsidTr="00A74EA5">
        <w:trPr>
          <w:trHeight w:val="851"/>
          <w:jc w:val="center"/>
        </w:trPr>
        <w:tc>
          <w:tcPr>
            <w:tcW w:w="4390" w:type="dxa"/>
          </w:tcPr>
          <w:p w14:paraId="73959676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देश</w:t>
            </w:r>
            <w:proofErr w:type="spellEnd"/>
            <w:r>
              <w:t xml:space="preserve"> / Country</w:t>
            </w:r>
          </w:p>
        </w:tc>
        <w:tc>
          <w:tcPr>
            <w:tcW w:w="4682" w:type="dxa"/>
          </w:tcPr>
          <w:p w14:paraId="4CBA1B16" w14:textId="237430AF" w:rsidR="0077299F" w:rsidRDefault="00A74EA5">
            <w:r>
              <w:t>1.</w:t>
            </w:r>
            <w:r>
              <w:br/>
              <w:t>2.</w:t>
            </w:r>
            <w:r>
              <w:br/>
              <w:t>3.</w:t>
            </w:r>
          </w:p>
        </w:tc>
      </w:tr>
      <w:tr w:rsidR="0077299F" w14:paraId="5437C009" w14:textId="77777777" w:rsidTr="00A74EA5">
        <w:trPr>
          <w:trHeight w:val="779"/>
          <w:jc w:val="center"/>
        </w:trPr>
        <w:tc>
          <w:tcPr>
            <w:tcW w:w="4390" w:type="dxa"/>
          </w:tcPr>
          <w:p w14:paraId="1FB5D41F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यात्रा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का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उद्देश्य</w:t>
            </w:r>
            <w:proofErr w:type="spellEnd"/>
            <w:r>
              <w:t xml:space="preserve"> / Purpose of Visit</w:t>
            </w:r>
          </w:p>
        </w:tc>
        <w:tc>
          <w:tcPr>
            <w:tcW w:w="4682" w:type="dxa"/>
          </w:tcPr>
          <w:p w14:paraId="1D97662E" w14:textId="5BDBFE46" w:rsidR="0077299F" w:rsidRDefault="00A74EA5">
            <w:r>
              <w:t>1.</w:t>
            </w:r>
            <w:r>
              <w:br/>
              <w:t>2.</w:t>
            </w:r>
            <w:r>
              <w:br/>
              <w:t>3.</w:t>
            </w:r>
          </w:p>
        </w:tc>
      </w:tr>
    </w:tbl>
    <w:p w14:paraId="3B7C6A76" w14:textId="77777777" w:rsidR="00A74EA5" w:rsidRDefault="00A74EA5"/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5098"/>
        <w:gridCol w:w="3974"/>
      </w:tblGrid>
      <w:tr w:rsidR="001B2F52" w14:paraId="45E90DF2" w14:textId="77777777" w:rsidTr="00EE4F57">
        <w:trPr>
          <w:jc w:val="center"/>
        </w:trPr>
        <w:tc>
          <w:tcPr>
            <w:tcW w:w="9072" w:type="dxa"/>
            <w:gridSpan w:val="2"/>
          </w:tcPr>
          <w:p w14:paraId="126849EF" w14:textId="2B7B1EBC" w:rsidR="001B2F52" w:rsidRDefault="001B2F52" w:rsidP="001B2F52">
            <w:pPr>
              <w:jc w:val="center"/>
            </w:pPr>
            <w:proofErr w:type="spellStart"/>
            <w:r>
              <w:rPr>
                <w:rFonts w:ascii="Nirmala UI" w:hAnsi="Nirmala UI" w:cs="Nirmala UI"/>
                <w:b/>
                <w:sz w:val="24"/>
              </w:rPr>
              <w:t>घोषणाएँ</w:t>
            </w:r>
            <w:proofErr w:type="spellEnd"/>
            <w:r>
              <w:rPr>
                <w:b/>
                <w:sz w:val="24"/>
              </w:rPr>
              <w:t xml:space="preserve"> / Declarations</w:t>
            </w:r>
          </w:p>
        </w:tc>
      </w:tr>
      <w:tr w:rsidR="0077299F" w14:paraId="55F0FEAD" w14:textId="77777777" w:rsidTr="00A74EA5">
        <w:trPr>
          <w:jc w:val="center"/>
        </w:trPr>
        <w:tc>
          <w:tcPr>
            <w:tcW w:w="5098" w:type="dxa"/>
          </w:tcPr>
          <w:p w14:paraId="18C8D8A1" w14:textId="77777777" w:rsidR="0077299F" w:rsidRDefault="00000000">
            <w:proofErr w:type="spellStart"/>
            <w:r w:rsidRPr="007F54C7">
              <w:rPr>
                <w:rFonts w:ascii="Nirmala UI" w:hAnsi="Nirmala UI" w:cs="Nirmala UI"/>
              </w:rPr>
              <w:t>क्या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आप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बड़ी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</w:t>
            </w:r>
            <w:proofErr w:type="spellStart"/>
            <w:r w:rsidRPr="007F54C7">
              <w:rPr>
                <w:rFonts w:ascii="Nirmala UI" w:hAnsi="Nirmala UI" w:cs="Nirmala UI"/>
              </w:rPr>
              <w:t>मात्रा</w:t>
            </w:r>
            <w:proofErr w:type="spellEnd"/>
            <w:r w:rsidRPr="007F54C7">
              <w:rPr>
                <w:rFonts w:ascii="Nirmala UI" w:hAnsi="Nirmala UI" w:cs="Nirmala UI"/>
              </w:rPr>
              <w:t xml:space="preserve"> में नकदी संभालते हैं?</w:t>
            </w:r>
            <w:r>
              <w:t xml:space="preserve"> / Are you handling large amounts of cash?</w:t>
            </w:r>
          </w:p>
        </w:tc>
        <w:tc>
          <w:tcPr>
            <w:tcW w:w="3974" w:type="dxa"/>
          </w:tcPr>
          <w:p w14:paraId="6C2B588D" w14:textId="77777777" w:rsidR="0077299F" w:rsidRPr="007F54C7" w:rsidRDefault="00000000">
            <w:pPr>
              <w:rPr>
                <w:rFonts w:ascii="Nirmala UI" w:hAnsi="Nirmala UI" w:cs="Nirmala UI"/>
              </w:rPr>
            </w:pPr>
            <w:r w:rsidRPr="007F54C7">
              <w:rPr>
                <w:rFonts w:ascii="Nirmala UI" w:hAnsi="Nirmala UI" w:cs="Nirmala UI"/>
              </w:rPr>
              <w:t xml:space="preserve">हाँ/नहीं – </w:t>
            </w:r>
            <w:r w:rsidRPr="007F54C7">
              <w:t>Yes/No</w:t>
            </w:r>
          </w:p>
        </w:tc>
      </w:tr>
      <w:tr w:rsidR="0077299F" w14:paraId="33B7DE20" w14:textId="77777777" w:rsidTr="00A74EA5">
        <w:trPr>
          <w:jc w:val="center"/>
        </w:trPr>
        <w:tc>
          <w:tcPr>
            <w:tcW w:w="5098" w:type="dxa"/>
          </w:tcPr>
          <w:p w14:paraId="19670A97" w14:textId="77777777" w:rsidR="0077299F" w:rsidRDefault="00000000">
            <w:r w:rsidRPr="007F54C7">
              <w:rPr>
                <w:rFonts w:ascii="Nirmala UI" w:hAnsi="Nirmala UI" w:cs="Nirmala UI"/>
              </w:rPr>
              <w:t>क्या आप गोपनीय मामलों से संबंधित कार्य देखते हैं?</w:t>
            </w:r>
            <w:r>
              <w:t xml:space="preserve"> / Are you dealing with confidential matters?</w:t>
            </w:r>
          </w:p>
        </w:tc>
        <w:tc>
          <w:tcPr>
            <w:tcW w:w="3974" w:type="dxa"/>
          </w:tcPr>
          <w:p w14:paraId="210E113C" w14:textId="77777777" w:rsidR="0077299F" w:rsidRDefault="00000000">
            <w:r w:rsidRPr="007F54C7">
              <w:rPr>
                <w:rFonts w:ascii="Nirmala UI" w:hAnsi="Nirmala UI" w:cs="Nirmala UI"/>
              </w:rPr>
              <w:t>हाँ/नहीं</w:t>
            </w:r>
            <w:r>
              <w:t xml:space="preserve"> – Yes/No</w:t>
            </w:r>
          </w:p>
        </w:tc>
      </w:tr>
      <w:tr w:rsidR="0077299F" w14:paraId="7384A28F" w14:textId="77777777" w:rsidTr="00A74EA5">
        <w:trPr>
          <w:jc w:val="center"/>
        </w:trPr>
        <w:tc>
          <w:tcPr>
            <w:tcW w:w="5098" w:type="dxa"/>
          </w:tcPr>
          <w:p w14:paraId="2FD1355D" w14:textId="77777777" w:rsidR="0077299F" w:rsidRDefault="00000000">
            <w:r w:rsidRPr="007F54C7">
              <w:rPr>
                <w:rFonts w:ascii="Nirmala UI" w:hAnsi="Nirmala UI" w:cs="Nirmala UI"/>
              </w:rPr>
              <w:t>क्या आपके विरुद्ध कोई जांच लंबित है?</w:t>
            </w:r>
            <w:r>
              <w:t xml:space="preserve"> / Is any inquiry pending against you?</w:t>
            </w:r>
          </w:p>
        </w:tc>
        <w:tc>
          <w:tcPr>
            <w:tcW w:w="3974" w:type="dxa"/>
          </w:tcPr>
          <w:p w14:paraId="07F8EC0F" w14:textId="77777777" w:rsidR="0077299F" w:rsidRDefault="00000000">
            <w:r w:rsidRPr="007F54C7">
              <w:rPr>
                <w:rFonts w:ascii="Nirmala UI" w:hAnsi="Nirmala UI" w:cs="Nirmala UI"/>
              </w:rPr>
              <w:t>हाँ/नहीं</w:t>
            </w:r>
            <w:r>
              <w:t xml:space="preserve"> – Yes/No</w:t>
            </w:r>
          </w:p>
        </w:tc>
      </w:tr>
      <w:tr w:rsidR="0077299F" w14:paraId="6997FCA4" w14:textId="77777777" w:rsidTr="00A74EA5">
        <w:trPr>
          <w:jc w:val="center"/>
        </w:trPr>
        <w:tc>
          <w:tcPr>
            <w:tcW w:w="5098" w:type="dxa"/>
          </w:tcPr>
          <w:p w14:paraId="425D411C" w14:textId="77777777" w:rsidR="0077299F" w:rsidRDefault="00000000">
            <w:r w:rsidRPr="007F54C7">
              <w:rPr>
                <w:rFonts w:ascii="Nirmala UI" w:hAnsi="Nirmala UI" w:cs="Nirmala UI"/>
              </w:rPr>
              <w:t>क्या आप निलंबित हैं?</w:t>
            </w:r>
            <w:r>
              <w:t xml:space="preserve"> / Are you under suspension?</w:t>
            </w:r>
          </w:p>
        </w:tc>
        <w:tc>
          <w:tcPr>
            <w:tcW w:w="3974" w:type="dxa"/>
          </w:tcPr>
          <w:p w14:paraId="0E979E13" w14:textId="77777777" w:rsidR="0077299F" w:rsidRDefault="00000000">
            <w:r w:rsidRPr="007F54C7">
              <w:rPr>
                <w:rFonts w:ascii="Nirmala UI" w:hAnsi="Nirmala UI" w:cs="Nirmala UI"/>
              </w:rPr>
              <w:t>हाँ/नहीं</w:t>
            </w:r>
            <w:r>
              <w:t xml:space="preserve"> – Yes/No</w:t>
            </w:r>
          </w:p>
        </w:tc>
      </w:tr>
      <w:tr w:rsidR="0077299F" w14:paraId="314AAB46" w14:textId="77777777" w:rsidTr="00A74EA5">
        <w:trPr>
          <w:jc w:val="center"/>
        </w:trPr>
        <w:tc>
          <w:tcPr>
            <w:tcW w:w="5098" w:type="dxa"/>
          </w:tcPr>
          <w:p w14:paraId="06C41332" w14:textId="503EEE19" w:rsidR="0077299F" w:rsidRDefault="00000000">
            <w:r w:rsidRPr="007F54C7">
              <w:rPr>
                <w:rFonts w:ascii="Nirmala UI" w:hAnsi="Nirmala UI" w:cs="Nirmala UI"/>
              </w:rPr>
              <w:t>क्या आपके विरुद्ध कोई न्यायालयीन/विभागीय मामला लंबित है?</w:t>
            </w:r>
            <w:r>
              <w:t xml:space="preserve"> / Is any court/disciplinary case pending</w:t>
            </w:r>
            <w:r w:rsidR="00EE4F57">
              <w:t xml:space="preserve"> </w:t>
            </w:r>
            <w:r>
              <w:t>against you?</w:t>
            </w:r>
          </w:p>
        </w:tc>
        <w:tc>
          <w:tcPr>
            <w:tcW w:w="3974" w:type="dxa"/>
          </w:tcPr>
          <w:p w14:paraId="2B21230E" w14:textId="77777777" w:rsidR="0077299F" w:rsidRDefault="00000000">
            <w:r w:rsidRPr="007F54C7">
              <w:rPr>
                <w:rFonts w:ascii="Nirmala UI" w:hAnsi="Nirmala UI" w:cs="Nirmala UI"/>
              </w:rPr>
              <w:t>हाँ/नहीं</w:t>
            </w:r>
            <w:r>
              <w:t xml:space="preserve"> – Yes/No</w:t>
            </w:r>
          </w:p>
        </w:tc>
      </w:tr>
    </w:tbl>
    <w:p w14:paraId="18997872" w14:textId="77777777" w:rsidR="0077299F" w:rsidRDefault="0077299F"/>
    <w:p w14:paraId="52AE62FD" w14:textId="77777777" w:rsidR="0077299F" w:rsidRDefault="00000000" w:rsidP="001B2F52">
      <w:pPr>
        <w:jc w:val="center"/>
      </w:pPr>
      <w:r w:rsidRPr="007F54C7">
        <w:rPr>
          <w:rFonts w:ascii="Nirmala UI" w:hAnsi="Nirmala UI" w:cs="Nirmala UI"/>
          <w:b/>
          <w:sz w:val="24"/>
        </w:rPr>
        <w:t>प्रमाणन</w:t>
      </w:r>
      <w:r>
        <w:rPr>
          <w:b/>
          <w:sz w:val="24"/>
        </w:rPr>
        <w:t xml:space="preserve"> / Certification</w:t>
      </w:r>
    </w:p>
    <w:p w14:paraId="071858E2" w14:textId="77777777" w:rsidR="0077299F" w:rsidRPr="007F54C7" w:rsidRDefault="00000000" w:rsidP="001B2F52">
      <w:pPr>
        <w:jc w:val="both"/>
        <w:rPr>
          <w:rFonts w:ascii="Nirmala UI" w:hAnsi="Nirmala UI" w:cs="Nirmala UI"/>
        </w:rPr>
      </w:pPr>
      <w:r w:rsidRPr="007F54C7">
        <w:rPr>
          <w:rFonts w:ascii="Nirmala UI" w:hAnsi="Nirmala UI" w:cs="Nirmala UI"/>
        </w:rPr>
        <w:t>मैं प्रमाणित करता/करती हूँ कि उपर्युक्त दी गई जानकारी मेरे सर्वोत्तम ज्ञान एवं विश्वास के अनुसार सत्य एवं सही है।</w:t>
      </w:r>
    </w:p>
    <w:p w14:paraId="4C1688D4" w14:textId="77777777" w:rsidR="0077299F" w:rsidRDefault="00000000" w:rsidP="001B2F52">
      <w:pPr>
        <w:jc w:val="both"/>
      </w:pPr>
      <w:r>
        <w:t>I hereby certify that the information furnished above is true and correct to the best of my knowledge and belief.</w:t>
      </w:r>
    </w:p>
    <w:p w14:paraId="178C05BC" w14:textId="77777777" w:rsidR="0077299F" w:rsidRDefault="00000000">
      <w:r>
        <w:br/>
      </w:r>
      <w:r w:rsidRPr="007F54C7">
        <w:rPr>
          <w:rFonts w:ascii="Nirmala UI" w:hAnsi="Nirmala UI" w:cs="Nirmala UI"/>
        </w:rPr>
        <w:t>दिनांक</w:t>
      </w:r>
      <w:r>
        <w:t xml:space="preserve"> / Date: ___________________</w:t>
      </w:r>
    </w:p>
    <w:p w14:paraId="71C4B32B" w14:textId="77777777" w:rsidR="0077299F" w:rsidRDefault="00000000">
      <w:proofErr w:type="spellStart"/>
      <w:r w:rsidRPr="007F54C7">
        <w:rPr>
          <w:rFonts w:ascii="Nirmala UI" w:hAnsi="Nirmala UI" w:cs="Nirmala UI"/>
        </w:rPr>
        <w:t>स्थान</w:t>
      </w:r>
      <w:proofErr w:type="spellEnd"/>
      <w:r>
        <w:t xml:space="preserve"> / Place: ___________________</w:t>
      </w:r>
    </w:p>
    <w:p w14:paraId="12D9566B" w14:textId="77777777" w:rsidR="001B2F52" w:rsidRDefault="001B2F52"/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503"/>
        <w:gridCol w:w="4677"/>
      </w:tblGrid>
      <w:tr w:rsidR="0077299F" w14:paraId="1DE125B3" w14:textId="77777777" w:rsidTr="00E5362D">
        <w:tc>
          <w:tcPr>
            <w:tcW w:w="4503" w:type="dxa"/>
          </w:tcPr>
          <w:p w14:paraId="221A6977" w14:textId="77777777" w:rsidR="0077299F" w:rsidRPr="00A74EA5" w:rsidRDefault="00000000">
            <w:proofErr w:type="spellStart"/>
            <w:r w:rsidRPr="00A74EA5">
              <w:rPr>
                <w:rFonts w:ascii="Nirmala UI" w:hAnsi="Nirmala UI" w:cs="Nirmala UI"/>
              </w:rPr>
              <w:t>कर्मचारी</w:t>
            </w:r>
            <w:proofErr w:type="spellEnd"/>
            <w:r w:rsidRPr="00A74EA5">
              <w:rPr>
                <w:rFonts w:ascii="Nirmala UI" w:hAnsi="Nirmala UI" w:cs="Nirmala UI"/>
              </w:rPr>
              <w:t xml:space="preserve"> </w:t>
            </w:r>
            <w:proofErr w:type="spellStart"/>
            <w:r w:rsidRPr="00A74EA5">
              <w:rPr>
                <w:rFonts w:ascii="Nirmala UI" w:hAnsi="Nirmala UI" w:cs="Nirmala UI"/>
              </w:rPr>
              <w:t>के</w:t>
            </w:r>
            <w:proofErr w:type="spellEnd"/>
            <w:r w:rsidRPr="00A74EA5">
              <w:rPr>
                <w:rFonts w:ascii="Nirmala UI" w:hAnsi="Nirmala UI" w:cs="Nirmala UI"/>
              </w:rPr>
              <w:t xml:space="preserve"> </w:t>
            </w:r>
            <w:proofErr w:type="spellStart"/>
            <w:r w:rsidRPr="00A74EA5">
              <w:rPr>
                <w:rFonts w:ascii="Nirmala UI" w:hAnsi="Nirmala UI" w:cs="Nirmala UI"/>
              </w:rPr>
              <w:t>हस्ताक्षर</w:t>
            </w:r>
            <w:proofErr w:type="spellEnd"/>
            <w:r w:rsidRPr="00A74EA5">
              <w:t xml:space="preserve"> /</w:t>
            </w:r>
            <w:r w:rsidRPr="00A74EA5">
              <w:br/>
              <w:t>Signature of Employee</w:t>
            </w:r>
          </w:p>
        </w:tc>
        <w:tc>
          <w:tcPr>
            <w:tcW w:w="4677" w:type="dxa"/>
          </w:tcPr>
          <w:p w14:paraId="6A4CC2FC" w14:textId="77777777" w:rsidR="0077299F" w:rsidRPr="00A74EA5" w:rsidRDefault="00000000">
            <w:r w:rsidRPr="00A74EA5">
              <w:rPr>
                <w:rFonts w:ascii="Nirmala UI" w:hAnsi="Nirmala UI" w:cs="Nirmala UI"/>
              </w:rPr>
              <w:t>विभागाध्यक्ष/केन्द्राध्यक्ष/अनुभागाध्यक्ष के हस्ताक्षर</w:t>
            </w:r>
            <w:r w:rsidRPr="00A74EA5">
              <w:t xml:space="preserve"> /</w:t>
            </w:r>
            <w:r w:rsidRPr="00A74EA5">
              <w:br/>
              <w:t>Signature of HoD/HoC/Section Head</w:t>
            </w:r>
          </w:p>
        </w:tc>
      </w:tr>
      <w:tr w:rsidR="007F54C7" w14:paraId="64EB742D" w14:textId="77777777" w:rsidTr="00E5362D">
        <w:trPr>
          <w:trHeight w:val="880"/>
        </w:trPr>
        <w:tc>
          <w:tcPr>
            <w:tcW w:w="4503" w:type="dxa"/>
          </w:tcPr>
          <w:p w14:paraId="095EE4B4" w14:textId="77777777" w:rsidR="007F54C7" w:rsidRPr="00D5157D" w:rsidRDefault="007F54C7">
            <w:pPr>
              <w:rPr>
                <w:b/>
                <w:bCs/>
              </w:rPr>
            </w:pPr>
          </w:p>
        </w:tc>
        <w:tc>
          <w:tcPr>
            <w:tcW w:w="4677" w:type="dxa"/>
          </w:tcPr>
          <w:p w14:paraId="187894A6" w14:textId="77777777" w:rsidR="007F54C7" w:rsidRPr="00D5157D" w:rsidRDefault="007F54C7">
            <w:pPr>
              <w:rPr>
                <w:b/>
                <w:bCs/>
              </w:rPr>
            </w:pPr>
          </w:p>
        </w:tc>
      </w:tr>
    </w:tbl>
    <w:p w14:paraId="48069CC2" w14:textId="77777777" w:rsidR="007F54C7" w:rsidRDefault="007F54C7"/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1B2F8F" w14:paraId="2660DF44" w14:textId="77777777" w:rsidTr="00EE4F57">
        <w:trPr>
          <w:trHeight w:val="332"/>
        </w:trPr>
        <w:tc>
          <w:tcPr>
            <w:tcW w:w="9180" w:type="dxa"/>
          </w:tcPr>
          <w:p w14:paraId="223A01B9" w14:textId="2A736658" w:rsidR="001B2F8F" w:rsidRPr="00A74EA5" w:rsidRDefault="001B2F8F">
            <w:pPr>
              <w:rPr>
                <w:b/>
                <w:bCs/>
              </w:rPr>
            </w:pPr>
            <w:r w:rsidRPr="00A74EA5">
              <w:rPr>
                <w:b/>
                <w:bCs/>
              </w:rPr>
              <w:t>Note:</w:t>
            </w:r>
          </w:p>
        </w:tc>
      </w:tr>
      <w:tr w:rsidR="001B2F8F" w14:paraId="1041C5D8" w14:textId="77777777" w:rsidTr="00EE4F57">
        <w:trPr>
          <w:trHeight w:val="784"/>
        </w:trPr>
        <w:tc>
          <w:tcPr>
            <w:tcW w:w="9180" w:type="dxa"/>
          </w:tcPr>
          <w:p w14:paraId="0DE4A1AD" w14:textId="2A8D90CD" w:rsidR="002928E9" w:rsidRDefault="001B2F8F">
            <w:r>
              <w:t>1.  It is mandatory to fill all the requisite information in the format</w:t>
            </w:r>
            <w:r w:rsidR="002928E9">
              <w:t xml:space="preserve"> / </w:t>
            </w:r>
            <w:r w:rsidR="002928E9" w:rsidRPr="002928E9">
              <w:rPr>
                <w:rFonts w:ascii="Nirmala UI" w:hAnsi="Nirmala UI" w:cs="Nirmala UI"/>
                <w:cs/>
                <w:lang w:bidi="hi-IN"/>
              </w:rPr>
              <w:t>फ़ॉर्मेट में सभी ज़रूरी जानकारी भरना अनिवार्य है।</w:t>
            </w:r>
            <w:r w:rsidR="002928E9">
              <w:t xml:space="preserve"> </w:t>
            </w:r>
          </w:p>
          <w:p w14:paraId="35F54AD6" w14:textId="4D906E6D" w:rsidR="002928E9" w:rsidRDefault="001B2F8F">
            <w:r>
              <w:t>2. The application shall be submitted at least 21 days in advance</w:t>
            </w:r>
            <w:r w:rsidR="002928E9">
              <w:t xml:space="preserve"> /</w:t>
            </w:r>
            <w:r w:rsidR="002928E9">
              <w:rPr>
                <w:rFonts w:cs="Mangal"/>
                <w:cs/>
                <w:lang w:bidi="hi-IN"/>
              </w:rPr>
              <w:t xml:space="preserve"> </w:t>
            </w:r>
            <w:r w:rsidR="002928E9" w:rsidRPr="002928E9">
              <w:rPr>
                <w:rFonts w:ascii="Nirmala UI" w:hAnsi="Nirmala UI" w:cs="Nirmala UI"/>
                <w:cs/>
                <w:lang w:bidi="hi-IN"/>
              </w:rPr>
              <w:t xml:space="preserve">आवेदन कम से कम </w:t>
            </w:r>
            <w:r w:rsidR="002928E9" w:rsidRPr="002928E9">
              <w:rPr>
                <w:rFonts w:ascii="Nirmala UI" w:hAnsi="Nirmala UI" w:cs="Nirmala UI"/>
                <w:lang w:bidi="hi-IN"/>
              </w:rPr>
              <w:t>21</w:t>
            </w:r>
            <w:r w:rsidR="002928E9" w:rsidRPr="002928E9">
              <w:rPr>
                <w:rFonts w:ascii="Nirmala UI" w:hAnsi="Nirmala UI" w:cs="Nirmala UI"/>
                <w:cs/>
                <w:lang w:bidi="hi-IN"/>
              </w:rPr>
              <w:t xml:space="preserve"> दिन पहले जमा किया जाना चाहिए।</w:t>
            </w:r>
            <w:r w:rsidR="002928E9">
              <w:t xml:space="preserve"> </w:t>
            </w:r>
          </w:p>
          <w:p w14:paraId="6E56BA9B" w14:textId="700C4E58" w:rsidR="00E35C6B" w:rsidRPr="00A74EA5" w:rsidRDefault="001B2F8F">
            <w:pPr>
              <w:rPr>
                <w:rFonts w:ascii="Nirmala UI" w:hAnsi="Nirmala UI" w:cs="Nirmala UI"/>
              </w:rPr>
            </w:pPr>
            <w:r>
              <w:t>3. Applicant should get his/her permission and leave approved from the Competent Authority before departure from the Institute</w:t>
            </w:r>
            <w:r w:rsidR="004810AF">
              <w:t xml:space="preserve">/ </w:t>
            </w:r>
            <w:r w:rsidR="002928E9" w:rsidRPr="002928E9">
              <w:rPr>
                <w:rFonts w:ascii="Nirmala UI" w:hAnsi="Nirmala UI" w:cs="Nirmala UI"/>
                <w:cs/>
                <w:lang w:bidi="hi-IN"/>
              </w:rPr>
              <w:t xml:space="preserve">आवेदक को संस्थान से निकलने से पहले सक्षम </w:t>
            </w:r>
            <w:r w:rsidR="00C61621">
              <w:rPr>
                <w:rFonts w:ascii="Nirmala UI" w:hAnsi="Nirmala UI" w:cs="Nirmala UI" w:hint="cs"/>
                <w:cs/>
                <w:lang w:bidi="hi-IN"/>
              </w:rPr>
              <w:t xml:space="preserve">प्राधिकारी </w:t>
            </w:r>
            <w:r w:rsidR="002928E9" w:rsidRPr="002928E9">
              <w:rPr>
                <w:rFonts w:ascii="Nirmala UI" w:hAnsi="Nirmala UI" w:cs="Nirmala UI"/>
                <w:cs/>
                <w:lang w:bidi="hi-IN"/>
              </w:rPr>
              <w:t>से अपनी यात्रा की अनुमति और छुट्टी मंज़ूर करानी होगी।</w:t>
            </w:r>
          </w:p>
        </w:tc>
      </w:tr>
    </w:tbl>
    <w:p w14:paraId="63D953E5" w14:textId="3C97C7BE" w:rsidR="002928E9" w:rsidRPr="002928E9" w:rsidRDefault="002928E9" w:rsidP="002928E9">
      <w:pPr>
        <w:rPr>
          <w:rFonts w:ascii="Nirmala UI" w:hAnsi="Nirmala UI" w:cs="Nirmala UI"/>
        </w:rPr>
      </w:pPr>
    </w:p>
    <w:sectPr w:rsidR="002928E9" w:rsidRPr="002928E9" w:rsidSect="00A74EA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81" w:right="1800" w:bottom="993" w:left="1800" w:header="720" w:footer="4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DD32" w14:textId="77777777" w:rsidR="008C3F88" w:rsidRDefault="008C3F88" w:rsidP="00BF3454">
      <w:pPr>
        <w:spacing w:after="0" w:line="240" w:lineRule="auto"/>
      </w:pPr>
      <w:r>
        <w:separator/>
      </w:r>
    </w:p>
  </w:endnote>
  <w:endnote w:type="continuationSeparator" w:id="0">
    <w:p w14:paraId="5AA3F7AD" w14:textId="77777777" w:rsidR="008C3F88" w:rsidRDefault="008C3F88" w:rsidP="00BF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5388230"/>
      <w:docPartObj>
        <w:docPartGallery w:val="Page Numbers (Bottom of Page)"/>
        <w:docPartUnique/>
      </w:docPartObj>
    </w:sdtPr>
    <w:sdtContent>
      <w:sdt>
        <w:sdtPr>
          <w:id w:val="1128658577"/>
          <w:docPartObj>
            <w:docPartGallery w:val="Page Numbers (Top of Page)"/>
            <w:docPartUnique/>
          </w:docPartObj>
        </w:sdtPr>
        <w:sdtContent>
          <w:p w14:paraId="3BE0F8DA" w14:textId="16E1C6A2" w:rsidR="00C30C02" w:rsidRDefault="00C30C0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CE5962" w14:textId="77777777" w:rsidR="00C30C02" w:rsidRDefault="00C30C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89262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D8D171" w14:textId="7A8DC5FA" w:rsidR="00C30C02" w:rsidRDefault="00C30C0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529989" w14:textId="77777777" w:rsidR="00C30C02" w:rsidRDefault="00C30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AFD01" w14:textId="77777777" w:rsidR="008C3F88" w:rsidRDefault="008C3F88" w:rsidP="00BF3454">
      <w:pPr>
        <w:spacing w:after="0" w:line="240" w:lineRule="auto"/>
      </w:pPr>
      <w:r>
        <w:separator/>
      </w:r>
    </w:p>
  </w:footnote>
  <w:footnote w:type="continuationSeparator" w:id="0">
    <w:p w14:paraId="6C4AC352" w14:textId="77777777" w:rsidR="008C3F88" w:rsidRDefault="008C3F88" w:rsidP="00BF3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3058" w14:textId="594F450E" w:rsidR="00BF3454" w:rsidRDefault="00BF3454" w:rsidP="00BF3454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6818" w14:textId="71F18DAB" w:rsidR="0077549A" w:rsidRPr="00EE4F57" w:rsidRDefault="00EE4F57" w:rsidP="00EE4F57">
    <w:pPr>
      <w:jc w:val="right"/>
      <w:rPr>
        <w:i/>
      </w:rPr>
    </w:pPr>
    <w:r>
      <w:rPr>
        <w:b/>
        <w:noProof/>
        <w:sz w:val="3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6EDFFD" wp14:editId="43A335E3">
              <wp:simplePos x="0" y="0"/>
              <wp:positionH relativeFrom="column">
                <wp:posOffset>-1143000</wp:posOffset>
              </wp:positionH>
              <wp:positionV relativeFrom="paragraph">
                <wp:posOffset>939951</wp:posOffset>
              </wp:positionV>
              <wp:extent cx="8968823" cy="7951"/>
              <wp:effectExtent l="0" t="0" r="22860" b="30480"/>
              <wp:wrapNone/>
              <wp:docPr id="204844506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68823" cy="79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3B9366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pt,74pt" to="616.2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" strokecolor="black [3040]"/>
          </w:pict>
        </mc:Fallback>
      </mc:AlternateContent>
    </w:r>
    <w:r w:rsidR="00ED419E">
      <w:rPr>
        <w:rFonts w:ascii="Kruti Dev 010" w:hAnsi="Kruti Dev 010"/>
        <w:b/>
        <w:bCs/>
        <w:noProof/>
        <w:sz w:val="40"/>
        <w:szCs w:val="40"/>
        <w:lang w:bidi="hi-IN"/>
      </w:rPr>
      <w:drawing>
        <wp:anchor distT="0" distB="0" distL="114300" distR="114300" simplePos="0" relativeHeight="251660288" behindDoc="1" locked="0" layoutInCell="1" allowOverlap="1" wp14:anchorId="596FF5B5" wp14:editId="3792A121">
          <wp:simplePos x="0" y="0"/>
          <wp:positionH relativeFrom="column">
            <wp:posOffset>-498420</wp:posOffset>
          </wp:positionH>
          <wp:positionV relativeFrom="paragraph">
            <wp:posOffset>11430</wp:posOffset>
          </wp:positionV>
          <wp:extent cx="914400" cy="842511"/>
          <wp:effectExtent l="0" t="0" r="0" b="0"/>
          <wp:wrapNone/>
          <wp:docPr id="1864234238" name="Picture 0" descr="Manit Logo color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anit Logo color_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425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ED419E">
      <w:rPr>
        <w:rFonts w:ascii="Nirmala UI" w:hAnsi="Nirmala UI" w:cs="Nirmala UI"/>
        <w:b/>
        <w:sz w:val="28"/>
      </w:rPr>
      <w:t>मौलाना</w:t>
    </w:r>
    <w:proofErr w:type="spellEnd"/>
    <w:r w:rsidR="00ED419E">
      <w:rPr>
        <w:b/>
        <w:sz w:val="28"/>
      </w:rPr>
      <w:t xml:space="preserve"> </w:t>
    </w:r>
    <w:proofErr w:type="spellStart"/>
    <w:r w:rsidR="00ED419E">
      <w:rPr>
        <w:rFonts w:ascii="Nirmala UI" w:hAnsi="Nirmala UI" w:cs="Nirmala UI"/>
        <w:b/>
        <w:sz w:val="28"/>
      </w:rPr>
      <w:t>आज़ाद</w:t>
    </w:r>
    <w:proofErr w:type="spellEnd"/>
    <w:r w:rsidR="00ED419E">
      <w:rPr>
        <w:b/>
        <w:sz w:val="28"/>
      </w:rPr>
      <w:t xml:space="preserve"> </w:t>
    </w:r>
    <w:proofErr w:type="spellStart"/>
    <w:r w:rsidR="00ED419E">
      <w:rPr>
        <w:rFonts w:ascii="Nirmala UI" w:hAnsi="Nirmala UI" w:cs="Nirmala UI"/>
        <w:b/>
        <w:sz w:val="28"/>
      </w:rPr>
      <w:t>राष्ट्रीय</w:t>
    </w:r>
    <w:proofErr w:type="spellEnd"/>
    <w:r w:rsidR="00ED419E">
      <w:rPr>
        <w:b/>
        <w:sz w:val="28"/>
      </w:rPr>
      <w:t xml:space="preserve"> </w:t>
    </w:r>
    <w:proofErr w:type="spellStart"/>
    <w:r w:rsidR="00ED419E">
      <w:rPr>
        <w:rFonts w:ascii="Nirmala UI" w:hAnsi="Nirmala UI" w:cs="Nirmala UI"/>
        <w:b/>
        <w:sz w:val="28"/>
      </w:rPr>
      <w:t>प्रौद्योगिकी</w:t>
    </w:r>
    <w:proofErr w:type="spellEnd"/>
    <w:r w:rsidR="00ED419E">
      <w:rPr>
        <w:b/>
        <w:sz w:val="28"/>
      </w:rPr>
      <w:t xml:space="preserve"> </w:t>
    </w:r>
    <w:proofErr w:type="spellStart"/>
    <w:r w:rsidR="00ED419E">
      <w:rPr>
        <w:rFonts w:ascii="Nirmala UI" w:hAnsi="Nirmala UI" w:cs="Nirmala UI"/>
        <w:b/>
        <w:sz w:val="28"/>
      </w:rPr>
      <w:t>संस्थान</w:t>
    </w:r>
    <w:proofErr w:type="spellEnd"/>
    <w:r w:rsidR="00ED419E">
      <w:rPr>
        <w:b/>
        <w:sz w:val="28"/>
      </w:rPr>
      <w:t xml:space="preserve"> </w:t>
    </w:r>
    <w:proofErr w:type="spellStart"/>
    <w:r w:rsidR="00ED419E">
      <w:rPr>
        <w:rFonts w:ascii="Nirmala UI" w:hAnsi="Nirmala UI" w:cs="Nirmala UI"/>
        <w:b/>
        <w:sz w:val="28"/>
      </w:rPr>
      <w:t>भोपाल</w:t>
    </w:r>
    <w:proofErr w:type="spellEnd"/>
    <w:r w:rsidR="00ED419E">
      <w:rPr>
        <w:b/>
        <w:sz w:val="28"/>
      </w:rPr>
      <w:t xml:space="preserve"> – 462003</w:t>
    </w:r>
    <w:r w:rsidR="00ED419E">
      <w:rPr>
        <w:b/>
        <w:sz w:val="28"/>
      </w:rPr>
      <w:br/>
    </w:r>
    <w:r w:rsidR="00ED419E">
      <w:rPr>
        <w:i/>
      </w:rPr>
      <w:t>(</w:t>
    </w:r>
    <w:proofErr w:type="spellStart"/>
    <w:r w:rsidR="00ED419E">
      <w:rPr>
        <w:rFonts w:ascii="Nirmala UI" w:hAnsi="Nirmala UI" w:cs="Nirmala UI"/>
        <w:i/>
      </w:rPr>
      <w:t>शिक्षा</w:t>
    </w:r>
    <w:proofErr w:type="spellEnd"/>
    <w:r w:rsidR="00ED419E">
      <w:rPr>
        <w:i/>
      </w:rPr>
      <w:t xml:space="preserve"> </w:t>
    </w:r>
    <w:proofErr w:type="spellStart"/>
    <w:r w:rsidR="00ED419E">
      <w:rPr>
        <w:rFonts w:ascii="Nirmala UI" w:hAnsi="Nirmala UI" w:cs="Nirmala UI"/>
        <w:i/>
      </w:rPr>
      <w:t>मंत्रालय</w:t>
    </w:r>
    <w:proofErr w:type="spellEnd"/>
    <w:r w:rsidR="00ED419E">
      <w:rPr>
        <w:i/>
      </w:rPr>
      <w:t xml:space="preserve">, </w:t>
    </w:r>
    <w:proofErr w:type="spellStart"/>
    <w:r w:rsidR="00ED419E">
      <w:rPr>
        <w:rFonts w:ascii="Nirmala UI" w:hAnsi="Nirmala UI" w:cs="Nirmala UI"/>
        <w:i/>
      </w:rPr>
      <w:t>भारत</w:t>
    </w:r>
    <w:proofErr w:type="spellEnd"/>
    <w:r w:rsidR="00ED419E">
      <w:rPr>
        <w:i/>
      </w:rPr>
      <w:t xml:space="preserve"> </w:t>
    </w:r>
    <w:proofErr w:type="spellStart"/>
    <w:r w:rsidR="00ED419E">
      <w:rPr>
        <w:rFonts w:ascii="Nirmala UI" w:hAnsi="Nirmala UI" w:cs="Nirmala UI"/>
        <w:i/>
      </w:rPr>
      <w:t>सरकार</w:t>
    </w:r>
    <w:proofErr w:type="spellEnd"/>
    <w:r w:rsidR="00ED419E">
      <w:rPr>
        <w:i/>
      </w:rPr>
      <w:t xml:space="preserve"> </w:t>
    </w:r>
    <w:proofErr w:type="spellStart"/>
    <w:r w:rsidR="00ED419E">
      <w:rPr>
        <w:rFonts w:ascii="Nirmala UI" w:hAnsi="Nirmala UI" w:cs="Nirmala UI"/>
        <w:i/>
      </w:rPr>
      <w:t>के</w:t>
    </w:r>
    <w:proofErr w:type="spellEnd"/>
    <w:r w:rsidR="00ED419E">
      <w:rPr>
        <w:i/>
      </w:rPr>
      <w:t xml:space="preserve"> </w:t>
    </w:r>
    <w:proofErr w:type="spellStart"/>
    <w:r w:rsidR="00ED419E">
      <w:rPr>
        <w:rFonts w:ascii="Nirmala UI" w:hAnsi="Nirmala UI" w:cs="Nirmala UI"/>
        <w:i/>
      </w:rPr>
      <w:t>अधीन</w:t>
    </w:r>
    <w:proofErr w:type="spellEnd"/>
    <w:r w:rsidR="00ED419E">
      <w:rPr>
        <w:i/>
      </w:rPr>
      <w:t xml:space="preserve"> </w:t>
    </w:r>
    <w:proofErr w:type="spellStart"/>
    <w:r w:rsidR="00ED419E">
      <w:rPr>
        <w:rFonts w:ascii="Nirmala UI" w:hAnsi="Nirmala UI" w:cs="Nirmala UI"/>
        <w:i/>
      </w:rPr>
      <w:t>राष्ट्रीय</w:t>
    </w:r>
    <w:proofErr w:type="spellEnd"/>
    <w:r w:rsidR="00ED419E">
      <w:rPr>
        <w:i/>
      </w:rPr>
      <w:t xml:space="preserve"> </w:t>
    </w:r>
    <w:proofErr w:type="spellStart"/>
    <w:r w:rsidR="00ED419E">
      <w:rPr>
        <w:rFonts w:ascii="Nirmala UI" w:hAnsi="Nirmala UI" w:cs="Nirmala UI"/>
        <w:i/>
      </w:rPr>
      <w:t>महत्व</w:t>
    </w:r>
    <w:proofErr w:type="spellEnd"/>
    <w:r w:rsidR="00ED419E">
      <w:rPr>
        <w:i/>
      </w:rPr>
      <w:t xml:space="preserve"> </w:t>
    </w:r>
    <w:proofErr w:type="spellStart"/>
    <w:r w:rsidR="00ED419E">
      <w:rPr>
        <w:rFonts w:ascii="Nirmala UI" w:hAnsi="Nirmala UI" w:cs="Nirmala UI"/>
        <w:i/>
      </w:rPr>
      <w:t>का</w:t>
    </w:r>
    <w:proofErr w:type="spellEnd"/>
    <w:r w:rsidR="00ED419E">
      <w:rPr>
        <w:i/>
      </w:rPr>
      <w:t xml:space="preserve"> </w:t>
    </w:r>
    <w:proofErr w:type="spellStart"/>
    <w:r w:rsidR="00ED419E">
      <w:rPr>
        <w:rFonts w:ascii="Nirmala UI" w:hAnsi="Nirmala UI" w:cs="Nirmala UI"/>
        <w:i/>
      </w:rPr>
      <w:t>संस्थान</w:t>
    </w:r>
    <w:proofErr w:type="spellEnd"/>
    <w:r w:rsidR="00ED419E">
      <w:rPr>
        <w:i/>
      </w:rPr>
      <w:t>)</w:t>
    </w:r>
    <w:r w:rsidR="00ED419E">
      <w:rPr>
        <w:i/>
      </w:rPr>
      <w:br/>
    </w:r>
    <w:r w:rsidR="00ED419E">
      <w:rPr>
        <w:b/>
        <w:sz w:val="26"/>
      </w:rPr>
      <w:t>Maulana Azad National Institute of Technology Bhopal – 462003</w:t>
    </w:r>
    <w:r w:rsidR="00ED419E">
      <w:rPr>
        <w:b/>
        <w:sz w:val="26"/>
      </w:rPr>
      <w:br/>
    </w:r>
    <w:r w:rsidR="00ED419E">
      <w:rPr>
        <w:i/>
      </w:rPr>
      <w:t xml:space="preserve"> (An Institute of National Importance under Ministry of Education, Government of India)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8304187">
    <w:abstractNumId w:val="8"/>
  </w:num>
  <w:num w:numId="2" w16cid:durableId="1530071736">
    <w:abstractNumId w:val="6"/>
  </w:num>
  <w:num w:numId="3" w16cid:durableId="331489460">
    <w:abstractNumId w:val="5"/>
  </w:num>
  <w:num w:numId="4" w16cid:durableId="1737239350">
    <w:abstractNumId w:val="4"/>
  </w:num>
  <w:num w:numId="5" w16cid:durableId="1745833770">
    <w:abstractNumId w:val="7"/>
  </w:num>
  <w:num w:numId="6" w16cid:durableId="419330925">
    <w:abstractNumId w:val="3"/>
  </w:num>
  <w:num w:numId="7" w16cid:durableId="1668047305">
    <w:abstractNumId w:val="2"/>
  </w:num>
  <w:num w:numId="8" w16cid:durableId="1733573955">
    <w:abstractNumId w:val="1"/>
  </w:num>
  <w:num w:numId="9" w16cid:durableId="57290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EB7"/>
    <w:rsid w:val="0015074B"/>
    <w:rsid w:val="001B2F52"/>
    <w:rsid w:val="001B2F8F"/>
    <w:rsid w:val="002928E9"/>
    <w:rsid w:val="0029639D"/>
    <w:rsid w:val="00307232"/>
    <w:rsid w:val="00326F90"/>
    <w:rsid w:val="00340295"/>
    <w:rsid w:val="003502D5"/>
    <w:rsid w:val="003841E4"/>
    <w:rsid w:val="003B5EC3"/>
    <w:rsid w:val="003D203A"/>
    <w:rsid w:val="004810AF"/>
    <w:rsid w:val="004C076F"/>
    <w:rsid w:val="00573DA9"/>
    <w:rsid w:val="005A5664"/>
    <w:rsid w:val="005D1DCF"/>
    <w:rsid w:val="005D61F0"/>
    <w:rsid w:val="00627647"/>
    <w:rsid w:val="00677D3B"/>
    <w:rsid w:val="0077299F"/>
    <w:rsid w:val="0077549A"/>
    <w:rsid w:val="007D42D7"/>
    <w:rsid w:val="007E77FF"/>
    <w:rsid w:val="007F54C7"/>
    <w:rsid w:val="00810BF0"/>
    <w:rsid w:val="00850C6E"/>
    <w:rsid w:val="008B7B55"/>
    <w:rsid w:val="008C3F88"/>
    <w:rsid w:val="00936D05"/>
    <w:rsid w:val="00A07A72"/>
    <w:rsid w:val="00A30D5F"/>
    <w:rsid w:val="00A74EA5"/>
    <w:rsid w:val="00A87304"/>
    <w:rsid w:val="00AA1D8D"/>
    <w:rsid w:val="00B47730"/>
    <w:rsid w:val="00BF3454"/>
    <w:rsid w:val="00C30C02"/>
    <w:rsid w:val="00C55A43"/>
    <w:rsid w:val="00C61621"/>
    <w:rsid w:val="00CB0664"/>
    <w:rsid w:val="00D5157D"/>
    <w:rsid w:val="00DE0249"/>
    <w:rsid w:val="00E31423"/>
    <w:rsid w:val="00E35C6B"/>
    <w:rsid w:val="00E46601"/>
    <w:rsid w:val="00E5362D"/>
    <w:rsid w:val="00ED0636"/>
    <w:rsid w:val="00ED419E"/>
    <w:rsid w:val="00EE4F57"/>
    <w:rsid w:val="00F01E7A"/>
    <w:rsid w:val="00F3037B"/>
    <w:rsid w:val="00F33115"/>
    <w:rsid w:val="00F35D93"/>
    <w:rsid w:val="00FC06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56DEF6"/>
  <w14:defaultImageDpi w14:val="300"/>
  <w15:docId w15:val="{0CF2D184-9084-4E72-87ED-B3770849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Mangal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chandraditya Singh Chauhan</cp:lastModifiedBy>
  <cp:revision>8</cp:revision>
  <cp:lastPrinted>2026-06-11T05:46:00Z</cp:lastPrinted>
  <dcterms:created xsi:type="dcterms:W3CDTF">2026-06-11T06:09:00Z</dcterms:created>
  <dcterms:modified xsi:type="dcterms:W3CDTF">2026-07-27T11:24:00Z</dcterms:modified>
  <cp:category/>
</cp:coreProperties>
</file>